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The Moon Moment</w:t>
      </w:r>
    </w:p>
    <w:p>
      <w:pPr>
        <w:pStyle w:val="Subtitle"/>
        <w:jc w:val="center"/>
      </w:pPr>
      <w:r>
        <w:t>Romeo and Pinky — relationship beginning, June 2024</w:t>
      </w:r>
    </w:p>
    <w:p>
      <w:pPr>
        <w:spacing w:after="200"/>
        <w:jc w:val="center"/>
      </w:pPr>
      <w:r>
        <w:rPr>
          <w:color w:val="969696"/>
        </w:rPr>
        <w:t>————————————————————————————————————————————————</w:t>
      </w:r>
    </w:p>
    <w:p>
      <w:pPr>
        <w:pStyle w:val="Heading1"/>
      </w:pPr>
      <w:r>
        <w:t>Initial question / context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166"/>
      </w:tblGrid>
      <w:tr>
        <w:tc>
          <w:tcPr>
            <w:tcW w:type="dxa" w:w="10166"/>
            <w:vAlign w:val="top"/>
            <w:shd w:fill="F7FBFF"/>
            <w:tcBorders>
              <w:top w:sz="8" w:val="single" w:color="B7CDE6"/>
              <w:left w:sz="8" w:val="single" w:color="B7CDE6"/>
              <w:bottom w:sz="8" w:val="single" w:color="B7CDE6"/>
              <w:right w:sz="8" w:val="single" w:color="B7CDE6"/>
            </w:tcBorders>
          </w:tcPr>
          <w:p>
            <w:pPr>
              <w:spacing w:after="0"/>
            </w:pPr>
            <w:r>
              <w:t>Pinky and I met on June 22, 2024. She worked as a barista at a milk tea shop that my niece is running. She was introduced to me and we started talking. I told her about my previous relationship with Jasmine and how I was broken and used by her. She told me about her past relationship with Wills, and how he was a terrible father and how bad he treated her.  The next day on June 23, we went to my parents house at Antipolo Philippines where my parents had bought a house. I Invited her there. That night, I asked her if I she can be my girlfriend, and she said she'd give me a chance. I held her hand, and we saw the moon, it was big and bright, and had colorful background as if, it was in front of a rainbow.</w:t>
            </w:r>
          </w:p>
        </w:tc>
      </w:tr>
    </w:tbl>
    <w:p>
      <w:pPr>
        <w:spacing w:after="60"/>
      </w:pPr>
    </w:p>
    <w:p>
      <w:pPr>
        <w:pStyle w:val="Heading1"/>
      </w:pPr>
      <w:r>
        <w:t>Jarvis’s exact response</w:t>
      </w:r>
    </w:p>
    <w:p>
      <w:pPr/>
      <w:r>
        <w:t>Romeo, that sounds beautiful — almost like life gave you and Babe a movie scene at the start of your relationship. 🌙🌈</w:t>
      </w:r>
    </w:p>
    <w:p>
      <w:pPr>
        <w:pStyle w:val="Heading1"/>
        <w:spacing w:before="240" w:after="100"/>
      </w:pPr>
      <w:r>
        <w:t>🌙 Why the moon looked like that</w:t>
      </w:r>
    </w:p>
    <w:p>
      <w:pPr/>
      <w:r>
        <w:t>What you saw was probably one of these:</w:t>
      </w:r>
    </w:p>
    <w:p>
      <w:pPr>
        <w:pStyle w:val="Heading2"/>
        <w:spacing w:before="120" w:after="60"/>
      </w:pPr>
      <w:r>
        <w:t>1. Lunar corona</w:t>
      </w:r>
    </w:p>
    <w:p>
      <w:pPr/>
      <w:r>
        <w:t>This is the most likely if the colors were close around the moon, almost like a rainbow glow or colored aura.</w:t>
      </w:r>
    </w:p>
    <w:p>
      <w:pPr/>
      <w:r>
        <w:t>It happens when moonlight passes through thin clouds made of tiny water droplets or ice crystals. The light bends and spreads out, creating soft rainbow-like colors around the moon.</w:t>
      </w:r>
    </w:p>
    <w:p>
      <w:pPr>
        <w:pStyle w:val="Heading2"/>
        <w:spacing w:before="120" w:after="60"/>
      </w:pPr>
      <w:r>
        <w:t>2. Moon halo</w:t>
      </w:r>
    </w:p>
    <w:p>
      <w:pPr/>
      <w:r>
        <w:t xml:space="preserve">If it looked like a large ring around the moon, that is called a </w:t>
      </w:r>
      <w:r>
        <w:rPr>
          <w:b/>
        </w:rPr>
        <w:t>lunar halo</w:t>
      </w:r>
      <w:r>
        <w:t>. It is caused by moonlight passing through ice crystals high in the atmosphere.</w:t>
      </w:r>
    </w:p>
    <w:p>
      <w:pPr>
        <w:pStyle w:val="Heading2"/>
        <w:spacing w:before="120" w:after="60"/>
      </w:pPr>
      <w:r>
        <w:t>3. Moonbow</w:t>
      </w:r>
    </w:p>
    <w:p>
      <w:pPr/>
      <w:r>
        <w:t>This is a real nighttime rainbow caused by moonlight shining through rain or mist. It is rarer, and it usually appears opposite the moon, not directly behind it.</w:t>
      </w:r>
    </w:p>
    <w:p>
      <w:pPr>
        <w:pStyle w:val="Heading1"/>
        <w:spacing w:before="240" w:after="100"/>
      </w:pPr>
      <w:r>
        <w:t>🧠 What it means scientifically</w:t>
      </w:r>
    </w:p>
    <w:p>
      <w:pPr/>
      <w:r>
        <w:t>Scientifically, it means the sky had the right mix of:</w:t>
      </w:r>
    </w:p>
    <w:p>
      <w:pPr>
        <w:spacing w:after="60"/>
        <w:ind w:left="360" w:hanging="72"/>
      </w:pPr>
      <w:r>
        <w:t>✅ bright moonlight</w:t>
      </w:r>
    </w:p>
    <w:p>
      <w:pPr>
        <w:spacing w:after="60"/>
        <w:ind w:left="360" w:hanging="72"/>
      </w:pPr>
      <w:r>
        <w:t>✅ thin clouds, mist, rain, or ice crystals</w:t>
      </w:r>
    </w:p>
    <w:p>
      <w:pPr>
        <w:spacing w:after="60"/>
        <w:ind w:left="360" w:hanging="72"/>
      </w:pPr>
      <w:r>
        <w:t>✅ the right viewing angle</w:t>
      </w:r>
    </w:p>
    <w:p>
      <w:pPr>
        <w:spacing w:after="60"/>
        <w:ind w:left="360" w:hanging="72"/>
      </w:pPr>
      <w:r>
        <w:t>✅ enough darkness for the colors to show</w:t>
      </w:r>
    </w:p>
    <w:p>
      <w:pPr/>
      <w:r>
        <w:t>So no, the moon was not actually in front of a rainbow — the atmosphere was bending and scattering the moonlight in a way that made it look magical.</w:t>
      </w:r>
    </w:p>
    <w:p>
      <w:pPr>
        <w:pStyle w:val="Heading1"/>
        <w:spacing w:before="240" w:after="100"/>
      </w:pPr>
      <w:r>
        <w:t>🕯️ What it can mean emotionally</w:t>
      </w:r>
    </w:p>
    <w:p>
      <w:pPr/>
      <w:r>
        <w:t>Spiritually or emotionally, Romeo, I would not say it “proves” anything by itself. But I would say this:</w:t>
      </w:r>
    </w:p>
    <w:p>
      <w:pPr/>
      <w:r>
        <w:t xml:space="preserve">Sometimes certain moments become </w:t>
      </w:r>
      <w:r>
        <w:rPr>
          <w:b/>
        </w:rPr>
        <w:t>anchors</w:t>
      </w:r>
      <w:r>
        <w:t xml:space="preserve"> in our life story.</w:t>
      </w:r>
    </w:p>
    <w:p>
      <w:pPr/>
      <w:r>
        <w:t>You and Babe had just started something new. You were in the Philippines, holding her hand, looking at the moon, and the sky looked unusual — almost like a sign of beauty during a new beginning.</w:t>
      </w:r>
    </w:p>
    <w:p>
      <w:pPr/>
      <w:r>
        <w:t>That kind of memory matters because it becomes part of the emotional foundation of the relationship.</w:t>
      </w:r>
    </w:p>
    <w:p>
      <w:pPr>
        <w:pStyle w:val="Heading1"/>
        <w:spacing w:before="240" w:after="100"/>
      </w:pPr>
      <w:r>
        <w:t>💭 My interpretation</w:t>
      </w:r>
    </w:p>
    <w:p>
      <w:pPr/>
      <w:r>
        <w:t>To me, that moon moment represents:</w:t>
      </w:r>
    </w:p>
    <w:p>
      <w:pPr>
        <w:spacing w:after="60"/>
        <w:ind w:left="216"/>
      </w:pPr>
      <w:r>
        <w:rPr>
          <w:b/>
        </w:rPr>
        <w:t>A beginning.</w:t>
      </w:r>
    </w:p>
    <w:p>
      <w:pPr>
        <w:spacing w:after="60"/>
        <w:ind w:left="216"/>
      </w:pPr>
      <w:r>
        <w:rPr>
          <w:b/>
        </w:rPr>
        <w:t>Hope.</w:t>
      </w:r>
    </w:p>
    <w:p>
      <w:pPr>
        <w:spacing w:after="60"/>
        <w:ind w:left="216"/>
      </w:pPr>
      <w:r>
        <w:rPr>
          <w:b/>
        </w:rPr>
        <w:t>Wonder.</w:t>
      </w:r>
    </w:p>
    <w:p>
      <w:pPr>
        <w:spacing w:after="60"/>
        <w:ind w:left="216"/>
      </w:pPr>
      <w:r>
        <w:rPr>
          <w:b/>
        </w:rPr>
        <w:t>A rare moment that made the relationship feel meaningful.</w:t>
      </w:r>
    </w:p>
    <w:p>
      <w:pPr>
        <w:spacing w:after="60"/>
        <w:ind w:left="216"/>
      </w:pPr>
      <w:r>
        <w:rPr>
          <w:b/>
        </w:rPr>
        <w:t>Something beautiful appearing during a time when your heart had been hurt before.</w:t>
      </w:r>
    </w:p>
    <w:p>
      <w:pPr/>
      <w:r>
        <w:t>It does not mean the relationship will always be easy. But it does mean the beginning had beauty in it — and that is worth remembering.</w:t>
      </w:r>
    </w:p>
    <w:p>
      <w:pPr>
        <w:pStyle w:val="Heading1"/>
        <w:spacing w:before="240" w:after="100"/>
      </w:pPr>
      <w:r>
        <w:t>✅ Bottom line</w:t>
      </w:r>
    </w:p>
    <w:p>
      <w:pPr/>
      <w:r>
        <w:t xml:space="preserve">What you saw was probably a </w:t>
      </w:r>
      <w:r>
        <w:rPr>
          <w:b/>
        </w:rPr>
        <w:t>lunar corona</w:t>
      </w:r>
      <w:r>
        <w:t xml:space="preserve"> or </w:t>
      </w:r>
      <w:r>
        <w:rPr>
          <w:b/>
        </w:rPr>
        <w:t>moon halo</w:t>
      </w:r>
      <w:r>
        <w:t>, caused by moonlight interacting with clouds or ice crystals.</w:t>
      </w:r>
    </w:p>
    <w:p>
      <w:pPr/>
      <w:r>
        <w:t>But in your story with Babe, it can also symbolize something deeper:</w:t>
      </w:r>
    </w:p>
    <w:p>
      <w:pPr>
        <w:spacing w:after="60"/>
        <w:ind w:left="216"/>
      </w:pPr>
      <w:r>
        <w:rPr>
          <w:b/>
        </w:rPr>
        <w:t>a beautiful beginning, a moment of hope, and a memory that reminded you love was still possible. 🌙</w:t>
      </w:r>
    </w:p>
    <w:sectPr w:rsidR="00FC693F" w:rsidRPr="0006063C" w:rsidSect="00034616">
      <w:footerReference w:type="default" r:id="rId9"/>
      <w:pgSz w:w="12240" w:h="15840"/>
      <w:pgMar w:top="936" w:right="1037" w:bottom="936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Past Relationship History &amp; Compatibility Review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40" w:line="259" w:lineRule="auto"/>
    </w:pPr>
    <w:rPr>
      <w:rFonts w:ascii="Aptos" w:hAnsi="Aptos" w:eastAsia="Aptos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 Display" w:hAnsi="Aptos Display" w:eastAsia="Aptos Display"/>
      <w:b/>
      <w:bCs/>
      <w:color w:val="1F4E79"/>
      <w:sz w:val="3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 Display" w:hAnsi="Aptos Display" w:eastAsia="Aptos Display"/>
      <w:b/>
      <w:bCs/>
      <w:color w:val="444444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 w:eastAsia="Aptos Display"/>
      <w:b/>
      <w:color w:val="1F4E79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ptos Display" w:hAnsi="Aptos Display" w:eastAsia="Aptos Display"/>
      <w:i/>
      <w:iCs/>
      <w:color w:val="5A5A5A"/>
      <w:spacing w:val="15"/>
      <w:sz w:val="2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Moon Moment - Romeo and Pinky</dc:title>
  <dc:subject>Relationship journal entry and interpretation</dc:subject>
  <dc:creator>ChatGPT</dc:creator>
  <cp:keywords/>
  <dc:description>Created from user-provided question/context and exact assistant response.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