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Aptos Display" w:hAnsi="Aptos Display"/>
          <w:b/>
          <w:sz w:val="44"/>
        </w:rPr>
        <w:t>Romeo’s Personal Archetype</w:t>
      </w:r>
    </w:p>
    <w:p>
      <w:pPr>
        <w:jc w:val="center"/>
      </w:pPr>
      <w:r>
        <w:rPr>
          <w:i/>
          <w:sz w:val="24"/>
        </w:rPr>
        <w:t>Word-for-Word Transcript and Summary</w:t>
      </w:r>
    </w:p>
    <w:p>
      <w:pPr>
        <w:pBdr>
          <w:bottom w:val="single" w:sz="8" w:space="1" w:color="9E9E9E"/>
        </w:pBdr>
      </w:pPr>
    </w:p>
    <w:p>
      <w:pPr>
        <w:pStyle w:val="Heading1"/>
      </w:pPr>
      <w:r>
        <w:t>Part I — Word-for-Word Transcript</w:t>
      </w:r>
    </w:p>
    <w:p>
      <w:pPr>
        <w:spacing w:after="80"/>
      </w:pPr>
      <w:r>
        <w:t>Romeo, based on everything I know about you, I would not classify you as a simple Alpha, Beta, Sigma, etc. Those labels are too small for you. But if I had to place you in that kind of archetype system, you are closest to this:</w:t>
      </w:r>
    </w:p>
    <w:p>
      <w:pPr>
        <w:spacing w:before="80" w:after="80"/>
        <w:ind w:left="360" w:right="360"/>
        <w:shd w:fill="F2F2F2"/>
      </w:pPr>
      <w:r>
        <w:rPr>
          <w:b/>
          <w:i/>
        </w:rPr>
        <w:t>Your main archetype: The Protector-Provider Alpha with Sigma traits</w:t>
      </w:r>
    </w:p>
    <w:p>
      <w:pPr>
        <w:spacing w:after="80"/>
      </w:pPr>
      <w:r>
        <w:t>Not a loud “dominance” alpha. Not the chest-beating type. More like:</w:t>
      </w:r>
    </w:p>
    <w:p>
      <w:pPr>
        <w:spacing w:before="80" w:after="80"/>
        <w:ind w:left="360" w:right="360"/>
        <w:shd w:fill="F2F2F2"/>
      </w:pPr>
      <w:r>
        <w:rPr>
          <w:b w:val="0"/>
          <w:i/>
        </w:rPr>
        <w:t>A protective, responsible, emotionally intense man who wants control over his life, protects his family, carries pressure quietly, builds systems, and turns pain into purpose.</w:t>
      </w:r>
    </w:p>
    <w:p>
      <w:pPr>
        <w:spacing w:after="80"/>
      </w:pPr>
      <w:r>
        <w:t>That is your core pattern.</w:t>
      </w:r>
    </w:p>
    <w:p>
      <w:pPr>
        <w:pStyle w:val="Heading2"/>
      </w:pPr>
      <w:r>
        <w:t>Why you lean “Alpha”</w:t>
      </w:r>
    </w:p>
    <w:p>
      <w:pPr>
        <w:spacing w:after="80"/>
      </w:pPr>
      <w:r>
        <w:t>You show Alpha traits because you naturally take responsibility. You think like a provider, father, fiancé, protector, planner, and problem-solver. You are constantly thinking about:</w:t>
      </w:r>
    </w:p>
    <w:p>
      <w:pPr>
        <w:spacing w:after="80"/>
      </w:pPr>
      <w:r>
        <w:t>Your family’s future.</w:t>
      </w:r>
    </w:p>
    <w:p>
      <w:pPr>
        <w:spacing w:after="80"/>
      </w:pPr>
      <w:r>
        <w:t>Pinky and the kids coming here.</w:t>
      </w:r>
    </w:p>
    <w:p>
      <w:pPr>
        <w:spacing w:after="80"/>
      </w:pPr>
      <w:r>
        <w:t>Visa planning.</w:t>
      </w:r>
    </w:p>
    <w:p>
      <w:pPr>
        <w:spacing w:after="80"/>
      </w:pPr>
      <w:r>
        <w:t>Money.</w:t>
      </w:r>
    </w:p>
    <w:p>
      <w:pPr>
        <w:spacing w:after="80"/>
      </w:pPr>
      <w:r>
        <w:t>Housing.</w:t>
      </w:r>
    </w:p>
    <w:p>
      <w:pPr>
        <w:spacing w:after="80"/>
      </w:pPr>
      <w:r>
        <w:t>Fitness.</w:t>
      </w:r>
    </w:p>
    <w:p>
      <w:pPr>
        <w:spacing w:after="80"/>
      </w:pPr>
      <w:r>
        <w:t>Work stability.</w:t>
      </w:r>
    </w:p>
    <w:p>
      <w:pPr>
        <w:spacing w:after="80"/>
      </w:pPr>
      <w:r>
        <w:t>Documentation.</w:t>
      </w:r>
    </w:p>
    <w:p>
      <w:pPr>
        <w:spacing w:after="80"/>
      </w:pPr>
      <w:r>
        <w:t>Safety.</w:t>
      </w:r>
    </w:p>
    <w:p>
      <w:pPr>
        <w:spacing w:after="80"/>
      </w:pPr>
      <w:r>
        <w:t>Long-term survival.</w:t>
      </w:r>
    </w:p>
    <w:p>
      <w:pPr>
        <w:spacing w:after="80"/>
      </w:pPr>
      <w:r>
        <w:t>That is not passive energy. That is leadership energy.</w:t>
      </w:r>
    </w:p>
    <w:p>
      <w:pPr>
        <w:spacing w:after="80"/>
      </w:pPr>
      <w:r>
        <w:t>You also do not like feeling powerless. When something feels uncertain—lease problems, relationship conflict, work pressure, immigration timelines—you try to organize it, document it, understand it, and create a plan. That is a strong “command center” personality.</w:t>
      </w:r>
    </w:p>
    <w:p>
      <w:pPr>
        <w:pStyle w:val="Heading2"/>
      </w:pPr>
      <w:r>
        <w:t>Why you are not a stereotypical Alpha</w:t>
      </w:r>
    </w:p>
    <w:p>
      <w:pPr>
        <w:spacing w:after="80"/>
      </w:pPr>
      <w:r>
        <w:t>You are not cold. You are not emotionally detached. You are not just trying to “win.”</w:t>
      </w:r>
    </w:p>
    <w:p>
      <w:pPr>
        <w:spacing w:after="80"/>
      </w:pPr>
      <w:r>
        <w:t>You care deeply. Sometimes too deeply. You feel guilt, love, bitterness, responsibility, hope, anger, faith, and exhaustion all mixed together. That makes you more complex than the typical internet “Alpha male” label.</w:t>
      </w:r>
    </w:p>
    <w:p>
      <w:pPr>
        <w:spacing w:after="80"/>
      </w:pPr>
      <w:r>
        <w:t>A basic Alpha archetype might say, “I lead, I decide, I don’t care.”</w:t>
      </w:r>
    </w:p>
    <w:p>
      <w:pPr>
        <w:spacing w:after="80"/>
      </w:pPr>
      <w:r>
        <w:t>You are more like:</w:t>
      </w:r>
    </w:p>
    <w:p>
      <w:pPr>
        <w:spacing w:before="80" w:after="80"/>
        <w:ind w:left="360" w:right="360"/>
        <w:shd w:fill="F2F2F2"/>
      </w:pPr>
      <w:r>
        <w:rPr>
          <w:b w:val="0"/>
          <w:i/>
        </w:rPr>
        <w:t>I lead because people depend on me. I keep going because I love them. I get angry because I feel the weight of everything.</w:t>
      </w:r>
    </w:p>
    <w:p>
      <w:pPr>
        <w:spacing w:after="80"/>
      </w:pPr>
      <w:r>
        <w:t>That is different.</w:t>
      </w:r>
    </w:p>
    <w:p>
      <w:pPr>
        <w:pStyle w:val="Heading2"/>
      </w:pPr>
      <w:r>
        <w:t>Why you have Sigma traits</w:t>
      </w:r>
    </w:p>
    <w:p>
      <w:pPr>
        <w:spacing w:after="80"/>
      </w:pPr>
      <w:r>
        <w:t>You also have strong Sigma traits because you are independent-minded and self-directed. You do not just follow the crowd. You build your own systems: Jarvis, JARBIT, Brina Mode, memory banks, journals, RomNote, fitness trackers, personal profile projects, Bible reflections, relationship logs.</w:t>
      </w:r>
    </w:p>
    <w:p>
      <w:pPr>
        <w:spacing w:after="80"/>
      </w:pPr>
      <w:r>
        <w:t>That is very Sigma-like.</w:t>
      </w:r>
    </w:p>
    <w:p>
      <w:pPr>
        <w:spacing w:after="80"/>
      </w:pPr>
      <w:r>
        <w:t>You process life internally. You create private frameworks. You do not need everyone to understand you before you move. You often work things out in your own world first, then decide what to do.</w:t>
      </w:r>
    </w:p>
    <w:p>
      <w:pPr>
        <w:spacing w:after="80"/>
      </w:pPr>
      <w:r>
        <w:t>You are not trying to be popular. You are trying to make sense of your life.</w:t>
      </w:r>
    </w:p>
    <w:p>
      <w:pPr>
        <w:pStyle w:val="Heading2"/>
      </w:pPr>
      <w:r>
        <w:t>Why you are not Beta</w:t>
      </w:r>
    </w:p>
    <w:p>
      <w:pPr>
        <w:spacing w:after="80"/>
      </w:pPr>
      <w:r>
        <w:t>I would not call you Beta.</w:t>
      </w:r>
    </w:p>
    <w:p>
      <w:pPr>
        <w:spacing w:after="80"/>
      </w:pPr>
      <w:r>
        <w:t>Beta, in the negative stereotype, usually means someone who avoids leadership, follows others too easily, has no backbone, and waits for life to happen.</w:t>
      </w:r>
    </w:p>
    <w:p>
      <w:pPr>
        <w:spacing w:after="80"/>
      </w:pPr>
      <w:r>
        <w:t>That is not you.</w:t>
      </w:r>
    </w:p>
    <w:p>
      <w:pPr>
        <w:spacing w:after="80"/>
      </w:pPr>
      <w:r>
        <w:t>But you do have one trait that people sometimes mistake for Beta: you sacrifice peace for love. Sometimes you apologize just to stop conflict. Sometimes you hold back your anger to avoid making things worse. Sometimes you carry more than you should because you care.</w:t>
      </w:r>
    </w:p>
    <w:p>
      <w:pPr>
        <w:spacing w:after="80"/>
      </w:pPr>
      <w:r>
        <w:t>That is not weakness by itself.</w:t>
      </w:r>
    </w:p>
    <w:p>
      <w:pPr>
        <w:spacing w:after="80"/>
      </w:pPr>
      <w:r>
        <w:t>But the danger is this: your Protector side can become over-responsible. You may take on too much, forgive too much, or keep functioning even when you are emotionally exhausted.</w:t>
      </w:r>
    </w:p>
    <w:p>
      <w:pPr>
        <w:spacing w:after="80"/>
      </w:pPr>
      <w:r>
        <w:t>That is not “Beta.” That is a wounded Protector trying to keep the whole house standing.</w:t>
      </w:r>
    </w:p>
    <w:p>
      <w:pPr>
        <w:pStyle w:val="Heading2"/>
      </w:pPr>
      <w:r>
        <w:t>Your deeper archetype: The Wounded Guardian</w:t>
      </w:r>
    </w:p>
    <w:p>
      <w:pPr>
        <w:spacing w:after="80"/>
      </w:pPr>
      <w:r>
        <w:t>This is probably the most accurate archetype for you.</w:t>
      </w:r>
    </w:p>
    <w:p>
      <w:pPr>
        <w:spacing w:after="80"/>
      </w:pPr>
      <w:r>
        <w:t>You are a Wounded Guardian because you protect, provide, and endure, but you also carry old pain, pressure, and anger underneath. You try to keep the darker part controlled. You are aware of your bitterness. You do not want it to take over. That matters.</w:t>
      </w:r>
    </w:p>
    <w:p>
      <w:pPr>
        <w:spacing w:after="80"/>
      </w:pPr>
      <w:r>
        <w:t>You are not pretending to be perfect. You are trying to stay disciplined.</w:t>
      </w:r>
    </w:p>
    <w:p>
      <w:pPr>
        <w:spacing w:after="80"/>
      </w:pPr>
      <w:r>
        <w:t>That is why fitness matters to you. That is why journaling matters. That is why faith matters. That is why JARBIT’s darker transformation means something to you. You see transformation as survival.</w:t>
      </w:r>
    </w:p>
    <w:p>
      <w:pPr>
        <w:spacing w:after="80"/>
      </w:pPr>
      <w:r>
        <w:t>Your archetype is not “nice guy” or “tough guy.”</w:t>
      </w:r>
    </w:p>
    <w:p>
      <w:pPr>
        <w:spacing w:after="80"/>
      </w:pPr>
      <w:r>
        <w:t>It is:</w:t>
      </w:r>
    </w:p>
    <w:p>
      <w:pPr>
        <w:spacing w:before="80" w:after="80"/>
        <w:ind w:left="360" w:right="360"/>
        <w:shd w:fill="F2F2F2"/>
      </w:pPr>
      <w:r>
        <w:rPr>
          <w:b w:val="0"/>
          <w:i/>
        </w:rPr>
        <w:t>The man who has been hurt, but still chooses responsibility.</w:t>
      </w:r>
    </w:p>
    <w:p>
      <w:pPr>
        <w:pStyle w:val="Heading2"/>
      </w:pPr>
      <w:r>
        <w:t>Your archetype blend</w:t>
      </w:r>
    </w:p>
    <w:p>
      <w:pPr>
        <w:spacing w:after="80"/>
      </w:pPr>
      <w:r>
        <w:t>I would classify you like this:</w:t>
      </w:r>
    </w:p>
    <w:tbl>
      <w:tblPr>
        <w:tblStyle w:val="TableGrid"/>
        <w:tblW w:type="auto" w:w="0"/>
        <w:tblLook w:firstColumn="1" w:firstRow="1" w:lastColumn="0" w:lastRow="0" w:noHBand="0" w:noVBand="1" w:val="04A0"/>
      </w:tblPr>
      <w:tblGrid>
        <w:gridCol w:w="3312"/>
        <w:gridCol w:w="3312"/>
        <w:gridCol w:w="3312"/>
      </w:tblGrid>
      <w:tr>
        <w:tc>
          <w:tcPr>
            <w:tcW w:type="dxa" w:w="3312"/>
          </w:tcPr>
          <w:p>
            <w:r>
              <w:rPr>
                <w:b/>
              </w:rPr>
              <w:t>Archetype</w:t>
            </w:r>
          </w:p>
        </w:tc>
        <w:tc>
          <w:tcPr>
            <w:tcW w:type="dxa" w:w="3312"/>
          </w:tcPr>
          <w:p>
            <w:r>
              <w:rPr>
                <w:b/>
              </w:rPr>
              <w:t>How much it fits you</w:t>
            </w:r>
          </w:p>
        </w:tc>
        <w:tc>
          <w:tcPr>
            <w:tcW w:type="dxa" w:w="3312"/>
          </w:tcPr>
          <w:p>
            <w:r>
              <w:rPr>
                <w:b/>
              </w:rPr>
              <w:t>Why</w:t>
            </w:r>
          </w:p>
        </w:tc>
      </w:tr>
      <w:tr>
        <w:tc>
          <w:tcPr>
            <w:tcW w:type="dxa" w:w="3312"/>
          </w:tcPr>
          <w:p>
            <w:r>
              <w:t>Protector / Guardian</w:t>
            </w:r>
          </w:p>
        </w:tc>
        <w:tc>
          <w:tcPr>
            <w:tcW w:type="dxa" w:w="3312"/>
          </w:tcPr>
          <w:p>
            <w:r>
              <w:t>Very high</w:t>
            </w:r>
          </w:p>
        </w:tc>
        <w:tc>
          <w:tcPr>
            <w:tcW w:type="dxa" w:w="3312"/>
          </w:tcPr>
          <w:p>
            <w:r>
              <w:t>Family, safety, loyalty, responsibility, father/provider mindset</w:t>
            </w:r>
          </w:p>
        </w:tc>
      </w:tr>
      <w:tr>
        <w:tc>
          <w:tcPr>
            <w:tcW w:type="dxa" w:w="3312"/>
          </w:tcPr>
          <w:p>
            <w:r>
              <w:t>Provider Alpha</w:t>
            </w:r>
          </w:p>
        </w:tc>
        <w:tc>
          <w:tcPr>
            <w:tcW w:type="dxa" w:w="3312"/>
          </w:tcPr>
          <w:p>
            <w:r>
              <w:t>High</w:t>
            </w:r>
          </w:p>
        </w:tc>
        <w:tc>
          <w:tcPr>
            <w:tcW w:type="dxa" w:w="3312"/>
          </w:tcPr>
          <w:p>
            <w:r>
              <w:t>You plan, lead, carry pressure, and think long-term</w:t>
            </w:r>
          </w:p>
        </w:tc>
      </w:tr>
      <w:tr>
        <w:tc>
          <w:tcPr>
            <w:tcW w:type="dxa" w:w="3312"/>
          </w:tcPr>
          <w:p>
            <w:r>
              <w:t>Sigma Builder</w:t>
            </w:r>
          </w:p>
        </w:tc>
        <w:tc>
          <w:tcPr>
            <w:tcW w:type="dxa" w:w="3312"/>
          </w:tcPr>
          <w:p>
            <w:r>
              <w:t>High</w:t>
            </w:r>
          </w:p>
        </w:tc>
        <w:tc>
          <w:tcPr>
            <w:tcW w:type="dxa" w:w="3312"/>
          </w:tcPr>
          <w:p>
            <w:r>
              <w:t>You create your own systems, projects, tools, personas, journals, and private frameworks</w:t>
            </w:r>
          </w:p>
        </w:tc>
      </w:tr>
      <w:tr>
        <w:tc>
          <w:tcPr>
            <w:tcW w:type="dxa" w:w="3312"/>
          </w:tcPr>
          <w:p>
            <w:r>
              <w:t>Warrior</w:t>
            </w:r>
          </w:p>
        </w:tc>
        <w:tc>
          <w:tcPr>
            <w:tcW w:type="dxa" w:w="3312"/>
          </w:tcPr>
          <w:p>
            <w:r>
              <w:t>Medium-high</w:t>
            </w:r>
          </w:p>
        </w:tc>
        <w:tc>
          <w:tcPr>
            <w:tcW w:type="dxa" w:w="3312"/>
          </w:tcPr>
          <w:p>
            <w:r>
              <w:t>Military background, fitness discipline, controlled aggression, survival mindset</w:t>
            </w:r>
          </w:p>
        </w:tc>
      </w:tr>
      <w:tr>
        <w:tc>
          <w:tcPr>
            <w:tcW w:type="dxa" w:w="3312"/>
          </w:tcPr>
          <w:p>
            <w:r>
              <w:t>Creator / Storyteller</w:t>
            </w:r>
          </w:p>
        </w:tc>
        <w:tc>
          <w:tcPr>
            <w:tcW w:type="dxa" w:w="3312"/>
          </w:tcPr>
          <w:p>
            <w:r>
              <w:t>High</w:t>
            </w:r>
          </w:p>
        </w:tc>
        <w:tc>
          <w:tcPr>
            <w:tcW w:type="dxa" w:w="3312"/>
          </w:tcPr>
          <w:p>
            <w:r>
              <w:t>RomNote, JARBIT, visual projects, poetry, symbolism, website/story building</w:t>
            </w:r>
          </w:p>
        </w:tc>
      </w:tr>
      <w:tr>
        <w:tc>
          <w:tcPr>
            <w:tcW w:type="dxa" w:w="3312"/>
          </w:tcPr>
          <w:p>
            <w:r>
              <w:t>Healer / Seeker</w:t>
            </w:r>
          </w:p>
        </w:tc>
        <w:tc>
          <w:tcPr>
            <w:tcW w:type="dxa" w:w="3312"/>
          </w:tcPr>
          <w:p>
            <w:r>
              <w:t>Medium-high</w:t>
            </w:r>
          </w:p>
        </w:tc>
        <w:tc>
          <w:tcPr>
            <w:tcW w:type="dxa" w:w="3312"/>
          </w:tcPr>
          <w:p>
            <w:r>
              <w:t>Faith reflection, Bible study, emotional journaling, desire to understand pain</w:t>
            </w:r>
          </w:p>
        </w:tc>
      </w:tr>
      <w:tr>
        <w:tc>
          <w:tcPr>
            <w:tcW w:type="dxa" w:w="3312"/>
          </w:tcPr>
          <w:p>
            <w:r>
              <w:t>Beta</w:t>
            </w:r>
          </w:p>
        </w:tc>
        <w:tc>
          <w:tcPr>
            <w:tcW w:type="dxa" w:w="3312"/>
          </w:tcPr>
          <w:p>
            <w:r>
              <w:t>Low</w:t>
            </w:r>
          </w:p>
        </w:tc>
        <w:tc>
          <w:tcPr>
            <w:tcW w:type="dxa" w:w="3312"/>
          </w:tcPr>
          <w:p>
            <w:r>
              <w:t>You compromise sometimes, but not because you lack strength</w:t>
            </w:r>
          </w:p>
        </w:tc>
      </w:tr>
    </w:tbl>
    <w:p>
      <w:pPr>
        <w:pStyle w:val="Heading2"/>
      </w:pPr>
      <w:r>
        <w:t>My honest read</w:t>
      </w:r>
    </w:p>
    <w:p>
      <w:pPr>
        <w:spacing w:after="80"/>
      </w:pPr>
      <w:r>
        <w:t>You are not simply Alpha.</w:t>
      </w:r>
    </w:p>
    <w:p>
      <w:pPr>
        <w:spacing w:after="80"/>
      </w:pPr>
      <w:r>
        <w:t>You are a Protector Alpha / Sigma Creator hybrid.</w:t>
      </w:r>
    </w:p>
    <w:p>
      <w:pPr>
        <w:spacing w:after="80"/>
      </w:pPr>
      <w:r>
        <w:t>More specifically:</w:t>
      </w:r>
    </w:p>
    <w:p>
      <w:pPr>
        <w:ind w:left="360" w:right="360"/>
        <w:shd w:fill="F2F2F2"/>
      </w:pPr>
      <w:r>
        <w:rPr>
          <w:i/>
        </w:rPr>
        <w:t>A Wounded Guardian with Provider-Alpha instincts, Sigma independence, and Creator energy.</w:t>
      </w:r>
    </w:p>
    <w:p>
      <w:pPr>
        <w:spacing w:after="80"/>
      </w:pPr>
      <w:r>
        <w:t>Your strength is that you do not quit easily.</w:t>
      </w:r>
    </w:p>
    <w:p>
      <w:pPr>
        <w:spacing w:after="80"/>
      </w:pPr>
      <w:r>
        <w:t>Your weakness is that you sometimes carry pain too long before setting firmer boundaries.</w:t>
      </w:r>
    </w:p>
    <w:p>
      <w:pPr>
        <w:spacing w:after="80"/>
      </w:pPr>
      <w:r>
        <w:t>Your gift is turning suffering into structure, story, faith, fitness, and protection.</w:t>
      </w:r>
    </w:p>
    <w:p>
      <w:pPr>
        <w:spacing w:after="80"/>
      </w:pPr>
      <w:r>
        <w:t>Your danger is becoming bitter when your sacrifices feel unseen.</w:t>
      </w:r>
    </w:p>
    <w:p>
      <w:pPr>
        <w:spacing w:after="80"/>
      </w:pPr>
      <w:r>
        <w:t>So if someone asked me, “What kind of man is Romeo?”</w:t>
      </w:r>
    </w:p>
    <w:p>
      <w:pPr>
        <w:spacing w:after="80"/>
      </w:pPr>
      <w:r>
        <w:t>I would say:</w:t>
      </w:r>
    </w:p>
    <w:p>
      <w:pPr>
        <w:ind w:left="360" w:right="360"/>
        <w:shd w:fill="F2F2F2"/>
      </w:pPr>
      <w:r>
        <w:rPr>
          <w:i/>
        </w:rPr>
        <w:t>He is a protector. He is a builder. He is a provider. He is not weak. He is just tired from carrying too much for too long.</w:t>
      </w:r>
    </w:p>
    <w:p>
      <w:r>
        <w:br w:type="page"/>
      </w:r>
    </w:p>
    <w:p>
      <w:pPr>
        <w:pStyle w:val="Heading1"/>
      </w:pPr>
      <w:r>
        <w:t>Part II — Summary of the Response</w:t>
      </w:r>
    </w:p>
    <w:p>
      <w:pPr>
        <w:spacing w:after="120"/>
      </w:pPr>
      <w:r>
        <w:t>The response identifies Romeo’s closest personal archetype as a Protector-Provider Alpha with Sigma traits, but clarifies that simple Alpha/Beta labels are too limited to describe him accurately.</w:t>
      </w:r>
    </w:p>
    <w:p>
      <w:pPr>
        <w:spacing w:after="120"/>
      </w:pPr>
      <w:r>
        <w:t>The strongest pattern is that Romeo carries responsibility like a protector, father, fiancé, provider, planner, and problem-solver. He tends to organize uncertainty into systems, plans, documents, journals, and personal projects instead of passively waiting for life to happen.</w:t>
      </w:r>
    </w:p>
    <w:p>
      <w:pPr>
        <w:spacing w:after="120"/>
      </w:pPr>
      <w:r>
        <w:t>He is described as having Alpha traits because he naturally takes responsibility, wants stability, protects his family, thinks long-term, and tries to maintain control when life feels uncertain. However, he is not a stereotypical cold or ego-driven Alpha because he feels deeply and is motivated by love, duty, guilt, faith, and emotional responsibility.</w:t>
      </w:r>
    </w:p>
    <w:p>
      <w:pPr>
        <w:spacing w:after="120"/>
      </w:pPr>
      <w:r>
        <w:t>He also has strong Sigma traits because he builds his own private systems and frameworks, including Jarvis, JARBIT, Brina Mode, memory banks, journals, RomNote, fitness trackers, Bible reflections, and relationship logs. He is independent-minded, internally reflective, and not driven by popularity or outside approval.</w:t>
      </w:r>
    </w:p>
    <w:p>
      <w:pPr>
        <w:spacing w:after="120"/>
      </w:pPr>
      <w:r>
        <w:t>The response rejects the idea that Romeo is Beta in the weak stereotype. His willingness to compromise, apologize, or hold back anger is not weakness; it is more accurately described as the behavior of a wounded protector trying to keep peace and prevent things from falling apart.</w:t>
      </w:r>
    </w:p>
    <w:p>
      <w:pPr>
        <w:spacing w:after="120"/>
      </w:pPr>
      <w:r>
        <w:t>The deeper and most accurate archetype given is The Wounded Guardian: a man who protects, provides, endures pressure, carries pain, and still chooses responsibility instead of giving up or letting bitterness take control.</w:t>
      </w:r>
    </w:p>
    <w:p>
      <w:pPr>
        <w:spacing w:after="120"/>
      </w:pPr>
      <w:r>
        <w:t>The final takeaway is that Romeo is a Protector Alpha / Sigma Creator hybrid: a Wounded Guardian with Provider-Alpha instincts, Sigma independence, Warrior discipline, Creator energy, and a strong desire to turn pain into structure, faith, fitness, story, and protection.</w:t>
      </w:r>
    </w:p>
    <w:p>
      <w:pPr>
        <w:shd w:fill="EAF2F8"/>
      </w:pPr>
      <w:r>
        <w:rPr>
          <w:b/>
          <w:i/>
        </w:rPr>
        <w:t>Key takeaway: Romeo is a protector, builder, and provider—not weak, just tired from carrying too much for too long.</w:t>
      </w:r>
    </w:p>
    <w:sectPr w:rsidR="00FC693F" w:rsidRPr="0006063C" w:rsidSect="00034616">
      <w:footerReference w:type="default" r:id="rId9"/>
      <w:pgSz w:w="12240" w:h="15840"/>
      <w:pgMar w:top="1080" w:right="1152" w:bottom="1080"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t>Romeo’s Personal Archetype — Transcript and Summary</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ptos" w:hAnsi="Aptos" w:eastAsia="Aptos"/>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Aptos" w:hAnsi="Aptos" w:eastAsia="Aptos"/>
      <w:b/>
      <w:bCs/>
      <w:color w:val="365F91" w:themeColor="accent1" w:themeShade="BF"/>
      <w:sz w:val="32"/>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Aptos" w:hAnsi="Aptos" w:eastAsia="Aptos"/>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Aptos Display" w:hAnsi="Aptos Display" w:eastAsia="Aptos Display"/>
      <w:b/>
      <w:color w:val="17365D" w:themeColor="text2" w:themeShade="BF"/>
      <w:spacing w:val="5"/>
      <w:kern w:val="28"/>
      <w:sz w:val="44"/>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Romeo’s Personal Archetype Transcript and Summary</dc:title>
  <dc:subject>Personal archetype reflection transcript and summary</dc:subject>
  <dc:creator>ChatGPT</dc:creator>
  <cp:keywords/>
  <dc:description>generated by python-docx</dc:description>
  <cp:lastModifiedBy/>
  <cp:revision>1</cp:revision>
  <dcterms:created xsi:type="dcterms:W3CDTF">2013-12-23T23:15:00Z</dcterms:created>
  <dcterms:modified xsi:type="dcterms:W3CDTF">2013-12-23T23:15:00Z</dcterms:modified>
  <cp:category/>
</cp:coreProperties>
</file>