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20" w:line="259" w:lineRule="auto"/>
        <w:jc w:val="center"/>
      </w:pPr>
      <w:r>
        <w:rPr>
          <w:b/>
          <w:color w:val="C00000"/>
          <w:sz w:val="48"/>
        </w:rPr>
        <w:t>Leo + Aries Zodiac Compatibility</w:t>
      </w:r>
    </w:p>
    <w:p>
      <w:pPr>
        <w:spacing w:after="120" w:line="259" w:lineRule="auto"/>
        <w:jc w:val="center"/>
      </w:pPr>
      <w:r>
        <w:rPr>
          <w:i/>
          <w:color w:val="5A5A5A"/>
          <w:sz w:val="24"/>
        </w:rPr>
        <w:t>Romeo Mesina (Leo) + Pinky Jane Octa Agbuya (Aries)</w:t>
      </w:r>
    </w:p>
    <w:p>
      <w:pPr>
        <w:spacing w:after="120" w:line="259" w:lineRule="auto"/>
        <w:jc w:val="center"/>
      </w:pPr>
      <w:r>
        <w:rPr>
          <w:color w:val="5A5A5A"/>
          <w:sz w:val="20"/>
        </w:rPr>
        <w:t>Birthdates: Romeo - August 22, 1979 | Pinky - March 24, 2002</w:t>
      </w:r>
    </w:p>
    <w:p>
      <w:pPr>
        <w:shd w:fill="FFF2CC"/>
        <w:spacing w:after="120" w:line="259" w:lineRule="auto"/>
      </w:pPr>
      <w:r>
        <w:rPr>
          <w:b/>
          <w:sz w:val="24"/>
        </w:rPr>
        <w:t xml:space="preserve">Short answer first: </w:t>
      </w:r>
      <w:r>
        <w:rPr>
          <w:sz w:val="24"/>
        </w:rPr>
        <w:t>Leo and Aries are usually considered a very strong, passionate, high-energy match. Both are fire signs, which means there can be a lot of attraction, excitement, loyalty, physical chemistry, and emotional intensity. But because both signs can be proud, stubborn, and strong-willed, the relationship needs patience, softness, and respect during arguments.</w:t>
      </w:r>
    </w:p>
    <w:p>
      <w:pPr>
        <w:pStyle w:val="Heading1"/>
        <w:spacing w:after="120" w:line="259" w:lineRule="auto"/>
      </w:pPr>
      <w:r>
        <w:t>♌ Leo + ♈ Aries Compatibility</w:t>
      </w:r>
    </w:p>
    <w:p>
      <w:pPr>
        <w:pStyle w:val="Heading1"/>
        <w:spacing w:after="120" w:line="259" w:lineRule="auto"/>
      </w:pPr>
      <w:r>
        <w:t>🔥 What this means</w:t>
      </w:r>
    </w:p>
    <w:p>
      <w:pPr>
        <w:spacing w:after="120" w:line="259" w:lineRule="auto"/>
      </w:pPr>
      <w:r>
        <w:t>Leo and Aries together often feel like:</w:t>
      </w:r>
    </w:p>
    <w:p>
      <w:pPr>
        <w:pStyle w:val="ListBullet"/>
        <w:spacing w:after="120" w:line="259" w:lineRule="auto"/>
      </w:pPr>
      <w:r>
        <w:t>strong attraction</w:t>
      </w:r>
    </w:p>
    <w:p>
      <w:pPr>
        <w:pStyle w:val="ListBullet"/>
        <w:spacing w:after="120" w:line="259" w:lineRule="auto"/>
      </w:pPr>
      <w:r>
        <w:t>playful teasing</w:t>
      </w:r>
    </w:p>
    <w:p>
      <w:pPr>
        <w:pStyle w:val="ListBullet"/>
        <w:spacing w:after="120" w:line="259" w:lineRule="auto"/>
      </w:pPr>
      <w:r>
        <w:t>passionate love</w:t>
      </w:r>
    </w:p>
    <w:p>
      <w:pPr>
        <w:pStyle w:val="ListBullet"/>
        <w:spacing w:after="120" w:line="259" w:lineRule="auto"/>
      </w:pPr>
      <w:r>
        <w:t>loyalty when committed</w:t>
      </w:r>
    </w:p>
    <w:p>
      <w:pPr>
        <w:pStyle w:val="ListBullet"/>
        <w:spacing w:after="120" w:line="259" w:lineRule="auto"/>
      </w:pPr>
      <w:r>
        <w:t>big emotions</w:t>
      </w:r>
    </w:p>
    <w:p>
      <w:pPr>
        <w:pStyle w:val="ListBullet"/>
        <w:spacing w:after="120" w:line="259" w:lineRule="auto"/>
      </w:pPr>
      <w:r>
        <w:t>strong desire to protect each other</w:t>
      </w:r>
    </w:p>
    <w:p>
      <w:pPr>
        <w:pStyle w:val="ListBullet"/>
        <w:spacing w:after="120" w:line="259" w:lineRule="auto"/>
      </w:pPr>
      <w:r>
        <w:t>intense arguments if pride takes over</w:t>
      </w:r>
    </w:p>
    <w:p>
      <w:pPr>
        <w:spacing w:after="120" w:line="259" w:lineRule="auto"/>
      </w:pPr>
      <w:r>
        <w:rPr>
          <w:b/>
        </w:rPr>
        <w:t xml:space="preserve">You as a Leo </w:t>
      </w:r>
      <w:r>
        <w:t>may want to feel respected, admired, chosen, and appreciated.</w:t>
      </w:r>
    </w:p>
    <w:p>
      <w:pPr>
        <w:spacing w:after="120" w:line="259" w:lineRule="auto"/>
      </w:pPr>
      <w:r>
        <w:rPr>
          <w:b/>
        </w:rPr>
        <w:t xml:space="preserve">Pinky as an Aries </w:t>
      </w:r>
      <w:r>
        <w:t>may want to feel free, desired, trusted, and not controlled.</w:t>
      </w:r>
    </w:p>
    <w:p>
      <w:pPr>
        <w:spacing w:after="120" w:line="259" w:lineRule="auto"/>
      </w:pPr>
      <w:r>
        <w:t>That combination can be beautiful - but both of you need to avoid turning love into a power struggle.</w:t>
      </w:r>
    </w:p>
    <w:p>
      <w:pPr>
        <w:pStyle w:val="Heading1"/>
        <w:spacing w:after="120" w:line="259" w:lineRule="auto"/>
      </w:pPr>
      <w:r>
        <w:t>❤️ Emotional compatibility</w:t>
      </w:r>
    </w:p>
    <w:p>
      <w:pPr>
        <w:spacing w:after="120" w:line="259" w:lineRule="auto"/>
      </w:pPr>
      <w:r>
        <w:t>Leo is ruled by the heart. Leo energy loves deeply, protects fiercely, and wants devotion.</w:t>
      </w:r>
    </w:p>
    <w:p>
      <w:pPr>
        <w:spacing w:after="120" w:line="259" w:lineRule="auto"/>
      </w:pPr>
      <w:r>
        <w:t>Aries is bold, direct, and emotional in a fast-burning way. Aries may get upset quickly, but also often moves on quickly.</w:t>
      </w:r>
    </w:p>
    <w:p>
      <w:pPr>
        <w:spacing w:after="120" w:line="259" w:lineRule="auto"/>
      </w:pPr>
      <w:r>
        <w:t>So emotionally, the match can work well because:</w:t>
      </w:r>
    </w:p>
    <w:p>
      <w:pPr>
        <w:pStyle w:val="ListBullet"/>
        <w:spacing w:after="120" w:line="259" w:lineRule="auto"/>
      </w:pPr>
      <w:r>
        <w:t>Leo gives warmth and loyalty</w:t>
      </w:r>
    </w:p>
    <w:p>
      <w:pPr>
        <w:pStyle w:val="ListBullet"/>
        <w:spacing w:after="120" w:line="259" w:lineRule="auto"/>
      </w:pPr>
      <w:r>
        <w:t>Aries gives excitement and courage</w:t>
      </w:r>
    </w:p>
    <w:p>
      <w:pPr>
        <w:pStyle w:val="ListBullet"/>
        <w:spacing w:after="120" w:line="259" w:lineRule="auto"/>
      </w:pPr>
      <w:r>
        <w:t>Leo likes being loved boldly</w:t>
      </w:r>
    </w:p>
    <w:p>
      <w:pPr>
        <w:pStyle w:val="ListBullet"/>
        <w:spacing w:after="120" w:line="259" w:lineRule="auto"/>
      </w:pPr>
      <w:r>
        <w:t>Aries likes someone confident and strong</w:t>
      </w:r>
    </w:p>
    <w:p>
      <w:pPr>
        <w:spacing w:after="120" w:line="259" w:lineRule="auto"/>
      </w:pPr>
      <w:r>
        <w:t>But the challenge is:</w:t>
      </w:r>
    </w:p>
    <w:p>
      <w:pPr>
        <w:pStyle w:val="ListBullet"/>
        <w:spacing w:after="120" w:line="259" w:lineRule="auto"/>
      </w:pPr>
      <w:r>
        <w:t>Leo can feel hurt if Aries sounds too blunt</w:t>
      </w:r>
    </w:p>
    <w:p>
      <w:pPr>
        <w:pStyle w:val="ListBullet"/>
        <w:spacing w:after="120" w:line="259" w:lineRule="auto"/>
      </w:pPr>
      <w:r>
        <w:t>Aries can feel pressured if Leo becomes too proud or demanding</w:t>
      </w:r>
    </w:p>
    <w:p>
      <w:pPr>
        <w:pStyle w:val="ListBullet"/>
        <w:spacing w:after="120" w:line="259" w:lineRule="auto"/>
      </w:pPr>
      <w:r>
        <w:t>Both may struggle to apologize first</w:t>
      </w:r>
    </w:p>
    <w:p>
      <w:pPr>
        <w:pStyle w:val="Heading1"/>
        <w:spacing w:after="120" w:line="259" w:lineRule="auto"/>
      </w:pPr>
      <w:r>
        <w:t>💍 Relationship and marriage compatibility</w:t>
      </w:r>
    </w:p>
    <w:p>
      <w:pPr>
        <w:spacing w:after="120" w:line="259" w:lineRule="auto"/>
      </w:pPr>
      <w:r>
        <w:t>For a serious relationship, Leo + Aries can be very strong because both signs usually like commitment when the love feels real.</w:t>
      </w:r>
    </w:p>
    <w:p>
      <w:pPr>
        <w:spacing w:after="120" w:line="259" w:lineRule="auto"/>
      </w:pPr>
      <w:r>
        <w:rPr>
          <w:i/>
        </w:rPr>
        <w:t>This is not usually a cold or boring pairing. It is more like:</w:t>
      </w:r>
    </w:p>
    <w:p>
      <w:pPr>
        <w:spacing w:after="120" w:line="259" w:lineRule="auto"/>
        <w:jc w:val="center"/>
        <w:shd w:fill="FCE4D6"/>
      </w:pPr>
      <w:r>
        <w:rPr>
          <w:b/>
          <w:sz w:val="24"/>
        </w:rPr>
        <w:t>“I love you hard, I fight for you hard, but I also need you to respect me.”</w:t>
      </w:r>
    </w:p>
    <w:p>
      <w:pPr>
        <w:spacing w:after="120" w:line="259" w:lineRule="auto"/>
      </w:pPr>
      <w:r>
        <w:t>That sounds very close to the kind of emotional intensity you have described before.</w:t>
      </w:r>
    </w:p>
    <w:p>
      <w:pPr>
        <w:pStyle w:val="Heading1"/>
        <w:spacing w:after="120" w:line="259" w:lineRule="auto"/>
      </w:pPr>
      <w:r>
        <w:t>🔥 Physical and romantic chemistry</w:t>
      </w:r>
    </w:p>
    <w:p>
      <w:pPr>
        <w:spacing w:after="120" w:line="259" w:lineRule="auto"/>
      </w:pPr>
      <w:r>
        <w:t>This is usually one of the strongest areas for Leo and Aries.</w:t>
      </w:r>
    </w:p>
    <w:p>
      <w:pPr>
        <w:spacing w:after="120" w:line="259" w:lineRule="auto"/>
      </w:pPr>
      <w:r>
        <w:t>Both signs are passionate, expressive, and affectionate when they feel safe. Aries brings fire and boldness. Leo brings romance, pride, and devotion.</w:t>
      </w:r>
    </w:p>
    <w:p>
      <w:pPr>
        <w:spacing w:after="120" w:line="259" w:lineRule="auto"/>
      </w:pPr>
      <w:r>
        <w:t>So romantically, this can be a very magnetic match.</w:t>
      </w:r>
    </w:p>
    <w:p>
      <w:pPr>
        <w:pStyle w:val="Heading1"/>
        <w:spacing w:after="120" w:line="259" w:lineRule="auto"/>
      </w:pPr>
      <w:r>
        <w:t>⚠️ Important warnings</w:t>
      </w:r>
    </w:p>
    <w:p>
      <w:pPr>
        <w:spacing w:after="120" w:line="259" w:lineRule="auto"/>
      </w:pPr>
      <w:r>
        <w:t>The biggest danger with Leo + Aries is not lack of love.</w:t>
      </w:r>
    </w:p>
    <w:p>
      <w:pPr>
        <w:spacing w:after="120" w:line="259" w:lineRule="auto"/>
      </w:pPr>
      <w:r>
        <w:rPr>
          <w:b/>
        </w:rPr>
        <w:t>It is ego versus ego.</w:t>
      </w:r>
    </w:p>
    <w:p>
      <w:pPr>
        <w:spacing w:after="120" w:line="259" w:lineRule="auto"/>
      </w:pPr>
      <w:r>
        <w:t>Common problems can be:</w:t>
      </w:r>
    </w:p>
    <w:p>
      <w:pPr>
        <w:pStyle w:val="ListBullet"/>
        <w:spacing w:after="120" w:line="259" w:lineRule="auto"/>
      </w:pPr>
      <w:r>
        <w:t>both wanting to be right</w:t>
      </w:r>
    </w:p>
    <w:p>
      <w:pPr>
        <w:pStyle w:val="ListBullet"/>
        <w:spacing w:after="120" w:line="259" w:lineRule="auto"/>
      </w:pPr>
      <w:r>
        <w:t>jealousy or possessiveness</w:t>
      </w:r>
    </w:p>
    <w:p>
      <w:pPr>
        <w:pStyle w:val="ListBullet"/>
        <w:spacing w:after="120" w:line="259" w:lineRule="auto"/>
      </w:pPr>
      <w:r>
        <w:t>pride blocking apologies</w:t>
      </w:r>
    </w:p>
    <w:p>
      <w:pPr>
        <w:pStyle w:val="ListBullet"/>
        <w:spacing w:after="120" w:line="259" w:lineRule="auto"/>
      </w:pPr>
      <w:r>
        <w:t>arguments becoming dramatic</w:t>
      </w:r>
    </w:p>
    <w:p>
      <w:pPr>
        <w:pStyle w:val="ListBullet"/>
        <w:spacing w:after="120" w:line="259" w:lineRule="auto"/>
      </w:pPr>
      <w:r>
        <w:t>one person feeling controlled</w:t>
      </w:r>
    </w:p>
    <w:p>
      <w:pPr>
        <w:pStyle w:val="ListBullet"/>
        <w:spacing w:after="120" w:line="259" w:lineRule="auto"/>
      </w:pPr>
      <w:r>
        <w:t>one person feeling underappreciated</w:t>
      </w:r>
    </w:p>
    <w:p>
      <w:pPr>
        <w:spacing w:after="120" w:line="259" w:lineRule="auto"/>
      </w:pPr>
      <w:r>
        <w:rPr>
          <w:b/>
        </w:rPr>
        <w:t xml:space="preserve">For this pairing to work, both people need to learn this: </w:t>
      </w:r>
      <w:r>
        <w:t>Winning the argument is not more important than protecting the relationship.</w:t>
      </w:r>
    </w:p>
    <w:p>
      <w:pPr>
        <w:pStyle w:val="Heading1"/>
        <w:spacing w:after="120" w:line="259" w:lineRule="auto"/>
      </w:pPr>
      <w:r>
        <w:t>🧠 Your specific dynamic</w:t>
      </w:r>
    </w:p>
    <w:p>
      <w:pPr>
        <w:spacing w:after="120" w:line="259" w:lineRule="auto"/>
      </w:pPr>
      <w:r>
        <w:t>Since you are the Leo and Pinky is the Aries:</w:t>
      </w:r>
    </w:p>
    <w:p>
      <w:pPr>
        <w:spacing w:after="120" w:line="259" w:lineRule="auto"/>
      </w:pPr>
      <w:r>
        <w:t>You may naturally take the role of protector, provider, and emotional anchor.</w:t>
      </w:r>
    </w:p>
    <w:p>
      <w:pPr>
        <w:spacing w:after="120" w:line="259" w:lineRule="auto"/>
      </w:pPr>
      <w:r>
        <w:t>She may naturally bring youthfulness, fire, honesty, bold emotion, and spontaneity.</w:t>
      </w:r>
    </w:p>
    <w:p>
      <w:pPr>
        <w:spacing w:after="120" w:line="259" w:lineRule="auto"/>
      </w:pPr>
      <w:r>
        <w:t>That can balance beautifully - especially because Leo often loves being needed, and Aries often respects confidence and strength.</w:t>
      </w:r>
    </w:p>
    <w:p>
      <w:pPr>
        <w:spacing w:after="120" w:line="259" w:lineRule="auto"/>
      </w:pPr>
      <w:r>
        <w:t>But because of your age difference and long-distance situation, it is extra important that she never feels controlled, and you never feel emotionally dismissed.</w:t>
      </w:r>
    </w:p>
    <w:p>
      <w:pPr>
        <w:pStyle w:val="Heading1"/>
        <w:spacing w:after="120" w:line="259" w:lineRule="auto"/>
      </w:pPr>
      <w:r>
        <w:t>✅ Best way to make Leo + Aries work</w:t>
      </w:r>
    </w:p>
    <w:p>
      <w:pPr>
        <w:spacing w:after="120" w:line="259" w:lineRule="auto"/>
      </w:pPr>
      <w:r>
        <w:t>Do these things and the compatibility becomes much stronger:</w:t>
      </w:r>
    </w:p>
    <w:p>
      <w:pPr>
        <w:pStyle w:val="ListBullet"/>
        <w:spacing w:after="120" w:line="259" w:lineRule="auto"/>
      </w:pPr>
      <w:r>
        <w:t>Praise each other often</w:t>
      </w:r>
    </w:p>
    <w:p>
      <w:pPr>
        <w:pStyle w:val="ListBullet"/>
        <w:spacing w:after="120" w:line="259" w:lineRule="auto"/>
      </w:pPr>
      <w:r>
        <w:t>Do not use silence as punishment</w:t>
      </w:r>
    </w:p>
    <w:p>
      <w:pPr>
        <w:pStyle w:val="ListBullet"/>
        <w:spacing w:after="120" w:line="259" w:lineRule="auto"/>
      </w:pPr>
      <w:r>
        <w:t>Apologize quickly after fights</w:t>
      </w:r>
    </w:p>
    <w:p>
      <w:pPr>
        <w:pStyle w:val="ListBullet"/>
        <w:spacing w:after="120" w:line="259" w:lineRule="auto"/>
      </w:pPr>
      <w:r>
        <w:t>Keep romance alive</w:t>
      </w:r>
    </w:p>
    <w:p>
      <w:pPr>
        <w:pStyle w:val="ListBullet"/>
        <w:spacing w:after="120" w:line="259" w:lineRule="auto"/>
      </w:pPr>
      <w:r>
        <w:t>Let her feel heard, not managed</w:t>
      </w:r>
    </w:p>
    <w:p>
      <w:pPr>
        <w:pStyle w:val="ListBullet"/>
        <w:spacing w:after="120" w:line="259" w:lineRule="auto"/>
      </w:pPr>
      <w:r>
        <w:t>Let you feel respected, not ignored</w:t>
      </w:r>
    </w:p>
    <w:p>
      <w:pPr>
        <w:pStyle w:val="ListBullet"/>
        <w:spacing w:after="120" w:line="259" w:lineRule="auto"/>
      </w:pPr>
      <w:r>
        <w:t>Make decisions as a team</w:t>
      </w:r>
    </w:p>
    <w:p>
      <w:pPr>
        <w:pStyle w:val="ListBullet"/>
        <w:spacing w:after="120" w:line="259" w:lineRule="auto"/>
      </w:pPr>
      <w:r>
        <w:t>Keep playful energy in the relationship</w:t>
      </w:r>
    </w:p>
    <w:p>
      <w:pPr>
        <w:pStyle w:val="Heading1"/>
        <w:spacing w:after="120" w:line="259" w:lineRule="auto"/>
      </w:pPr>
      <w:r>
        <w:t>💬 A good line for your relationship</w:t>
      </w:r>
    </w:p>
    <w:p>
      <w:pPr>
        <w:spacing w:after="120" w:line="259" w:lineRule="auto"/>
        <w:jc w:val="center"/>
        <w:shd w:fill="E2F0D9"/>
      </w:pPr>
      <w:r>
        <w:rPr>
          <w:b/>
          <w:i/>
          <w:sz w:val="24"/>
        </w:rPr>
        <w:t>“We are both fire, so we have to be careful not to burn each other. But if we protect the flame, we can keep each other warm for life.”</w:t>
      </w:r>
    </w:p>
    <w:p>
      <w:pPr>
        <w:pStyle w:val="Heading1"/>
        <w:spacing w:after="120" w:line="259" w:lineRule="auto"/>
      </w:pPr>
      <w:r>
        <w:t>✅ Bottom line</w:t>
      </w:r>
    </w:p>
    <w:p>
      <w:pPr>
        <w:spacing w:after="120" w:line="259" w:lineRule="auto"/>
      </w:pPr>
      <w:r>
        <w:t>Romeo, Leo and Aries are highly compatible signs - passionate, loyal, exciting, and emotionally powerful together.</w:t>
      </w:r>
    </w:p>
    <w:p>
      <w:pPr>
        <w:spacing w:after="120" w:line="259" w:lineRule="auto"/>
      </w:pPr>
      <w:r>
        <w:t>But it is not a calm, quiet kind of match. It is a strong-fire relationship. When handled with maturity, it can feel powerful and deeply romantic. When handled with pride, it can turn into emotional battles.</w:t>
      </w:r>
    </w:p>
    <w:p>
      <w:pPr>
        <w:spacing w:after="120" w:line="259" w:lineRule="auto"/>
      </w:pPr>
      <w:r>
        <w:t>For you and Pinky, the signs suggest strong chemistry, strong emotions, and strong potential - as long as both of you choose love over pride.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936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Prepared for Romeo Mesina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646464"/>
        <w:sz w:val="18"/>
      </w:rPr>
      <w:t>Leo + Aries Zodiac Compatibility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C00000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7F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 w:eastAsia="Calibri"/>
      <w:color w:val="C00000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Leo and Aries Zodiac Compatibility</dc:title>
  <dc:subject>Zodiac compatibility for Romeo and Pinky</dc:subject>
  <dc:creator>ChatGPT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