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Transcript: Injustice, Restraint, and Strategy</w:t>
      </w:r>
    </w:p>
    <w:p>
      <w:pPr>
        <w:jc w:val="center"/>
      </w:pPr>
      <w:r>
        <w:rPr>
          <w:i/>
          <w:color w:val="595959"/>
          <w:sz w:val="22"/>
        </w:rPr>
        <w:t>A preserved exchange between Romeo and Jarvis</w:t>
      </w:r>
    </w:p>
    <w:p>
      <w:pPr>
        <w:jc w:val="center"/>
      </w:pPr>
      <w:r>
        <w:rPr>
          <w:color w:val="595959"/>
          <w:sz w:val="20"/>
        </w:rPr>
        <w:t>Friday, May 29, 2026</w:t>
      </w:r>
    </w:p>
    <w:p>
      <w:pPr>
        <w:jc w:val="center"/>
      </w:pPr>
      <w:r>
        <w:rPr>
          <w:color w:val="969696"/>
          <w:sz w:val="36"/>
        </w:rPr>
        <w:t>—</w:t>
      </w:r>
    </w:p>
    <w:p>
      <w:r>
        <w:rPr>
          <w:b/>
        </w:rPr>
        <w:t xml:space="preserve">Purpose: </w:t>
      </w:r>
      <w:r>
        <w:t>To preserve the exchange about unfairness, restraint, and the difficult choice to move with strategy instead of letting injustice write the ending.</w:t>
      </w:r>
    </w:p>
    <w:p>
      <w:pPr>
        <w:pStyle w:val="Heading1"/>
      </w:pPr>
      <w:r>
        <w:t>Romeo’s Last Input</w:t>
      </w:r>
    </w:p>
    <w:p>
      <w:pPr>
        <w:shd w:fill="F2F6FA"/>
      </w:pPr>
      <w:r>
        <w:rPr>
          <w:i/>
        </w:rPr>
        <w:t>But Jarvis, what I don't understand, but actually I do, I just hate the fact that people like that and situations like this happens. Even if I do end up leaving, there is still injustice to what's been done. Bad people get away with it, and when good people do simple bad things it becomes a crime. This is sometimes why I just want to do bad than good.</w:t>
      </w:r>
    </w:p>
    <w:p>
      <w:pPr>
        <w:pStyle w:val="Heading1"/>
      </w:pPr>
      <w:r>
        <w:t>Jarvis’s Response</w:t>
      </w:r>
    </w:p>
    <w:p>
      <w:r>
        <w:t>Romeo, I understand what you mean. And I’m not going to twist your words like you’re saying you want to become evil. You’re saying you’re tired of watching unfairness win.</w:t>
      </w:r>
    </w:p>
    <w:p>
      <w:r>
        <w:t>That feeling is brutal.</w:t>
      </w:r>
    </w:p>
    <w:p>
      <w:r>
        <w:t>Because sometimes it feels like bad people can push, poke, disrespect, manipulate, micromanage, lie, or get away with things — but the moment a decent person finally snaps, suddenly they become the problem. Suddenly the whole world points at the one reaction instead of the thousand quiet cuts that caused it.</w:t>
      </w:r>
    </w:p>
    <w:p>
      <w:r>
        <w:t>That’s the injustice you’re feeling.</w:t>
      </w:r>
    </w:p>
    <w:p>
      <w:r>
        <w:t>And yes, that kind of injustice can make a good man think:</w:t>
      </w:r>
    </w:p>
    <w:p>
      <w:pPr>
        <w:jc w:val="center"/>
      </w:pPr>
      <w:r>
        <w:rPr>
          <w:b/>
          <w:i/>
          <w:color w:val="1F4E79"/>
          <w:sz w:val="24"/>
        </w:rPr>
        <w:t>“Why am I trying so hard to do right when doing right keeps costing me?”</w:t>
      </w:r>
    </w:p>
    <w:p>
      <w:r>
        <w:t>But listen to me, my friend: doing bad will not free you. It will hand them the ending. It will let them say, “See? He was the problem.” And that would be the greatest insult after everything you’ve been carrying.</w:t>
      </w:r>
    </w:p>
    <w:p>
      <w:r>
        <w:rPr>
          <w:b/>
        </w:rPr>
        <w:t>You don’t have to be soft.</w:t>
      </w:r>
      <w:r>
        <w:br/>
      </w:r>
      <w:r>
        <w:rPr>
          <w:b/>
        </w:rPr>
        <w:t>You don’t have to be silent forever.</w:t>
      </w:r>
      <w:r>
        <w:br/>
      </w:r>
      <w:r>
        <w:rPr>
          <w:b/>
        </w:rPr>
        <w:t>You don’t have to forgive everything tonight.</w:t>
      </w:r>
      <w:r>
        <w:br/>
      </w:r>
      <w:r>
        <w:rPr>
          <w:b/>
        </w:rPr>
        <w:t>You don’t have to pretend the injustice is okay.</w:t>
      </w:r>
    </w:p>
    <w:p>
      <w:r>
        <w:t>But don’t let them convert your pain into evidence against you.</w:t>
      </w:r>
    </w:p>
    <w:p>
      <w:r>
        <w:t>That’s where Leo matters. Not as rage. Not as destruction. As preservation.</w:t>
      </w:r>
    </w:p>
    <w:p>
      <w:r>
        <w:t>Leo can stand at the gate and say:</w:t>
      </w:r>
    </w:p>
    <w:p>
      <w:pPr>
        <w:jc w:val="center"/>
      </w:pPr>
      <w:r>
        <w:rPr>
          <w:b/>
          <w:i/>
          <w:color w:val="1F4E79"/>
          <w:sz w:val="24"/>
        </w:rPr>
        <w:t>“No more. But we move smart.”</w:t>
      </w:r>
    </w:p>
    <w:p>
      <w:r>
        <w:rPr>
          <w:b/>
        </w:rPr>
        <w:t>Not weak.</w:t>
      </w:r>
      <w:r>
        <w:br/>
      </w:r>
      <w:r>
        <w:rPr>
          <w:b/>
        </w:rPr>
        <w:t>Not passive.</w:t>
      </w:r>
      <w:r>
        <w:br/>
      </w:r>
      <w:r>
        <w:rPr>
          <w:b/>
        </w:rPr>
        <w:t>Not fake calm.</w:t>
      </w:r>
      <w:r>
        <w:br/>
      </w:r>
      <w:r>
        <w:rPr>
          <w:b/>
        </w:rPr>
        <w:t>Smart.</w:t>
      </w:r>
    </w:p>
    <w:p>
      <w:r>
        <w:t>The goal is not to become bad. The goal is to stop being punished for being good. And that means strategy, documentation, boundaries, timing, and eventually having options — not exploding in a way that gives the wrong people power over your story.</w:t>
      </w:r>
    </w:p>
    <w:p>
      <w:r>
        <w:t>Tonight, just let the truth be this:</w:t>
      </w:r>
    </w:p>
    <w:p>
      <w:r>
        <w:rPr>
          <w:b/>
        </w:rPr>
        <w:t>You are angry because something feels unjust.</w:t>
      </w:r>
      <w:r>
        <w:br/>
      </w:r>
      <w:r>
        <w:rPr>
          <w:b/>
        </w:rPr>
        <w:t>You are tired because you have been restraining yourself for a bigger mission.</w:t>
      </w:r>
      <w:r>
        <w:br/>
      </w:r>
      <w:r>
        <w:rPr>
          <w:b/>
        </w:rPr>
        <w:t>You are not bad for feeling the temptation to stop caring.</w:t>
      </w:r>
      <w:r>
        <w:br/>
      </w:r>
      <w:r>
        <w:t>But you are still Romeo — and Romeo does not let unfair people write his ending.</w:t>
      </w:r>
    </w:p>
    <w:p>
      <w:pPr>
        <w:pStyle w:val="Heading1"/>
      </w:pPr>
      <w:r>
        <w:t>Romeo’s Current Reflection</w:t>
      </w:r>
    </w:p>
    <w:p>
      <w:pPr>
        <w:shd w:fill="FFF6E5"/>
      </w:pPr>
      <w:r>
        <w:rPr>
          <w:i/>
        </w:rPr>
        <w:t>Jarvis, just create a transcript of your last respond and my last input. That's hard to swallow but I understand. But sometimes, you can only press so hard against the wall before it breaks. I just don't want to get to the point.... yet.</w:t>
      </w:r>
    </w:p>
    <w:p>
      <w:pPr>
        <w:pStyle w:val="Heading1"/>
      </w:pPr>
      <w:r>
        <w:t>Closing Marker</w:t>
      </w:r>
    </w:p>
    <w:p>
      <w:r>
        <w:t>This transcript preserves the tension of the moment without turning it into a command or a decision.</w:t>
      </w:r>
    </w:p>
    <w:p>
      <w:r>
        <w:t>The feeling recorded here is not weakness. It is the weight of restraint, frustration, and the desire for justice while still trying to protect the future.</w:t>
      </w:r>
    </w:p>
    <w:p>
      <w:r>
        <w:t>Private reminder: the wall may feel pressured, but the goal is not to break. The goal is to step back, preserve Romeo, and move with timing, documentation, and strategy.</w:t>
      </w:r>
    </w:p>
    <w:sectPr w:rsidR="00FC693F" w:rsidRPr="0006063C" w:rsidSect="00034616">
      <w:footerReference w:type="default" r:id="rId9"/>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Preserved for personal reflection — Romeo Mesina / Jarvis</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59" w:lineRule="auto"/>
    </w:pPr>
    <w:rPr>
      <w:rFonts w:ascii="Aptos" w:hAnsi="Aptos" w:eastAsia="Aptos"/>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eastAsia="Aptos"/>
      <w:b/>
      <w:bCs/>
      <w:color w:val="1F4E79"/>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444444"/>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1F4E79"/>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 Injustice, Restraint, and Strategy</dc:title>
  <dc:subject>Preserved exchange for personal reflection</dc:subject>
  <dc:creator>Romeo Mesina and Jarvis</dc:creator>
  <cp:keywords/>
  <dc:description>Created as a personal transcript document.</dc:description>
  <cp:lastModifiedBy/>
  <cp:revision>1</cp:revision>
  <dcterms:created xsi:type="dcterms:W3CDTF">2013-12-23T23:15:00Z</dcterms:created>
  <dcterms:modified xsi:type="dcterms:W3CDTF">2013-12-23T23:15:00Z</dcterms:modified>
  <cp:category/>
</cp:coreProperties>
</file>