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Georgia" w:hAnsi="Georgia" w:eastAsia="Georgia"/>
          <w:b/>
          <w:color w:val="1E1E1E"/>
          <w:sz w:val="48"/>
        </w:rPr>
        <w:t>I Carry My Cross</w:t>
      </w:r>
    </w:p>
    <w:p>
      <w:pPr>
        <w:jc w:val="center"/>
      </w:pPr>
      <w:r>
        <w:rPr>
          <w:i/>
          <w:color w:val="5A5A5A"/>
          <w:sz w:val="22"/>
        </w:rPr>
        <w:t>A painful reminder of this moment</w:t>
      </w:r>
    </w:p>
    <w:p>
      <w:pPr>
        <w:jc w:val="center"/>
      </w:pPr>
      <w:r>
        <w:rPr>
          <w:color w:val="6E6E6E"/>
          <w:sz w:val="20"/>
        </w:rPr>
        <w:t>Wednesday, May 27, 2026</w:t>
      </w:r>
    </w:p>
    <w:p>
      <w:pPr>
        <w:pBdr>
          <w:bottom w:val="single" w:sz="6" w:space="1" w:color="BFBFBF"/>
        </w:pBdr>
        <w:spacing w:after="80"/>
      </w:pPr>
    </w:p>
    <w:p>
      <w:pPr>
        <w:spacing w:after="200"/>
        <w:jc w:val="center"/>
      </w:pPr>
      <w:r>
        <w:rPr>
          <w:i/>
          <w:color w:val="646464"/>
          <w:sz w:val="20"/>
        </w:rPr>
        <w:t>A private poem written from a place of exhaustion, hurt, and reflection.</w:t>
      </w:r>
    </w:p>
    <w:p>
      <w:pPr>
        <w:pStyle w:val="PoemBody"/>
      </w:pPr>
      <w:r>
        <w:t>The world is unfair,</w:t>
      </w:r>
    </w:p>
    <w:p>
      <w:pPr>
        <w:pStyle w:val="PoemBody"/>
      </w:pPr>
      <w:r>
        <w:t>and the one you love the most</w:t>
      </w:r>
    </w:p>
    <w:p>
      <w:pPr>
        <w:pStyle w:val="PoemBody"/>
      </w:pPr>
      <w:r>
        <w:t>can become the one</w:t>
      </w:r>
    </w:p>
    <w:p>
      <w:pPr>
        <w:pStyle w:val="PoemBody"/>
      </w:pPr>
      <w:r>
        <w:t>who hurts you the deepest.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Sometimes, trying feels like dying,</w:t>
      </w:r>
    </w:p>
    <w:p>
      <w:pPr>
        <w:pStyle w:val="PoemBody"/>
      </w:pPr>
      <w:r>
        <w:t>like every breath is borrowed,</w:t>
      </w:r>
    </w:p>
    <w:p>
      <w:pPr>
        <w:pStyle w:val="PoemBody"/>
      </w:pPr>
      <w:r>
        <w:t>like every step forward</w:t>
      </w:r>
    </w:p>
    <w:p>
      <w:pPr>
        <w:pStyle w:val="PoemBody"/>
      </w:pPr>
      <w:r>
        <w:t>costs a piece of the soul.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Sometimes words cannot express</w:t>
      </w:r>
    </w:p>
    <w:p>
      <w:pPr>
        <w:pStyle w:val="PoemBody"/>
      </w:pPr>
      <w:r>
        <w:t>what the heart has already screamed.</w:t>
      </w:r>
    </w:p>
    <w:p>
      <w:pPr>
        <w:pStyle w:val="PoemBody"/>
      </w:pPr>
      <w:r>
        <w:t>They fall short,</w:t>
      </w:r>
    </w:p>
    <w:p>
      <w:pPr>
        <w:pStyle w:val="PoemBody"/>
      </w:pPr>
      <w:r>
        <w:t>they break apart,</w:t>
      </w:r>
    </w:p>
    <w:p>
      <w:pPr>
        <w:pStyle w:val="PoemBody"/>
      </w:pPr>
      <w:r>
        <w:t>they disappear</w:t>
      </w:r>
    </w:p>
    <w:p>
      <w:pPr>
        <w:pStyle w:val="PoemBody"/>
      </w:pPr>
      <w:r>
        <w:t>before they ever reach the person</w:t>
      </w:r>
    </w:p>
    <w:p>
      <w:pPr>
        <w:pStyle w:val="PoemBody"/>
      </w:pPr>
      <w:r>
        <w:t>who needed to hear them.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Sometimes, when it becomes too much,</w:t>
      </w:r>
    </w:p>
    <w:p>
      <w:pPr>
        <w:pStyle w:val="PoemBody"/>
      </w:pPr>
      <w:r>
        <w:t>you begin to wonder</w:t>
      </w:r>
    </w:p>
    <w:p>
      <w:pPr>
        <w:pStyle w:val="PoemBody"/>
      </w:pPr>
      <w:r>
        <w:t>if being wrong</w:t>
      </w:r>
    </w:p>
    <w:p>
      <w:pPr>
        <w:pStyle w:val="PoemBody"/>
      </w:pPr>
      <w:r>
        <w:t>might somehow feel right,</w:t>
      </w:r>
    </w:p>
    <w:p>
      <w:pPr>
        <w:pStyle w:val="PoemBody"/>
      </w:pPr>
      <w:r>
        <w:t>because at least then</w:t>
      </w:r>
    </w:p>
    <w:p>
      <w:pPr>
        <w:pStyle w:val="PoemBody"/>
      </w:pPr>
      <w:r>
        <w:t>the pain would have a reason.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Sometimes hope feels faint,</w:t>
      </w:r>
    </w:p>
    <w:p>
      <w:pPr>
        <w:pStyle w:val="PoemBody"/>
      </w:pPr>
      <w:r>
        <w:t>like a candle holding on</w:t>
      </w:r>
    </w:p>
    <w:p>
      <w:pPr>
        <w:pStyle w:val="PoemBody"/>
      </w:pPr>
      <w:r>
        <w:t>inside a storm</w:t>
      </w:r>
    </w:p>
    <w:p>
      <w:pPr>
        <w:pStyle w:val="PoemBody"/>
      </w:pPr>
      <w:r>
        <w:t>that never seems to end.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Then you deny yourself</w:t>
      </w:r>
    </w:p>
    <w:p>
      <w:pPr>
        <w:pStyle w:val="PoemBody"/>
      </w:pPr>
      <w:r>
        <w:t>again and again,</w:t>
      </w:r>
    </w:p>
    <w:p>
      <w:pPr>
        <w:pStyle w:val="PoemBody"/>
      </w:pPr>
      <w:r>
        <w:t>until one day</w:t>
      </w:r>
    </w:p>
    <w:p>
      <w:pPr>
        <w:pStyle w:val="PoemBody"/>
      </w:pPr>
      <w:r>
        <w:t>your own soul denies you in return.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And when one heart separates as two,</w:t>
      </w:r>
    </w:p>
    <w:p>
      <w:pPr>
        <w:pStyle w:val="PoemBody"/>
      </w:pPr>
      <w:r>
        <w:t>it is not because it wants to be divided.</w:t>
      </w:r>
    </w:p>
    <w:p>
      <w:pPr>
        <w:pStyle w:val="PoemBody"/>
      </w:pPr>
      <w:r>
        <w:t>It is because the truth became too heavy</w:t>
      </w:r>
    </w:p>
    <w:p>
      <w:pPr>
        <w:pStyle w:val="PoemBody"/>
      </w:pPr>
      <w:r>
        <w:t>for one version of you to carry.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So one part stands,</w:t>
      </w:r>
    </w:p>
    <w:p>
      <w:pPr>
        <w:pStyle w:val="PoemBody"/>
      </w:pPr>
      <w:r>
        <w:t>one part breaks.</w:t>
      </w:r>
    </w:p>
    <w:p>
      <w:pPr>
        <w:pStyle w:val="PoemBody"/>
      </w:pPr>
      <w:r>
        <w:t>One part stays silent,</w:t>
      </w:r>
    </w:p>
    <w:p>
      <w:pPr>
        <w:pStyle w:val="PoemBody"/>
      </w:pPr>
      <w:r>
        <w:t>one part screams.</w:t>
      </w:r>
    </w:p>
    <w:p>
      <w:pPr>
        <w:pStyle w:val="PoemBody"/>
      </w:pPr>
      <w:r>
        <w:t>One part still believes in love,</w:t>
      </w:r>
    </w:p>
    <w:p>
      <w:pPr>
        <w:pStyle w:val="PoemBody"/>
      </w:pPr>
      <w:r>
        <w:t>while the other wonders</w:t>
      </w:r>
    </w:p>
    <w:p>
      <w:pPr>
        <w:pStyle w:val="PoemBody"/>
      </w:pPr>
      <w:r>
        <w:t>how much love is supposed to hurt.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rPr>
          <w:b/>
        </w:rPr>
        <w:t>I carry this pain alone.</w:t>
      </w:r>
    </w:p>
    <w:p>
      <w:pPr>
        <w:pStyle w:val="PoemBody"/>
      </w:pPr>
      <w:r>
        <w:rPr>
          <w:b/>
        </w:rPr>
        <w:t>I carry my cross by myself.</w:t>
      </w:r>
    </w:p>
    <w:p>
      <w:pPr>
        <w:pStyle w:val="PoemBody"/>
      </w:pPr>
      <w:r>
        <w:t>Not because I wanted to be strong,</w:t>
      </w:r>
    </w:p>
    <w:p>
      <w:pPr>
        <w:pStyle w:val="PoemBody"/>
      </w:pPr>
      <w:r>
        <w:t>but because no one noticed</w:t>
      </w:r>
    </w:p>
    <w:p>
      <w:pPr>
        <w:pStyle w:val="PoemBody"/>
      </w:pPr>
      <w:r>
        <w:t>how heavy it had become.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I smiled while breaking.</w:t>
      </w:r>
    </w:p>
    <w:p>
      <w:pPr>
        <w:pStyle w:val="PoemBody"/>
      </w:pPr>
      <w:r>
        <w:t>I answered while bleeding.</w:t>
      </w:r>
    </w:p>
    <w:p>
      <w:pPr>
        <w:pStyle w:val="PoemBody"/>
      </w:pPr>
      <w:r>
        <w:t>I gave while empty.</w:t>
      </w:r>
    </w:p>
    <w:p>
      <w:pPr>
        <w:pStyle w:val="PoemBody"/>
      </w:pPr>
      <w:r>
        <w:t>I stayed while fading.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And still, somewhere inside me,</w:t>
      </w:r>
    </w:p>
    <w:p>
      <w:pPr>
        <w:pStyle w:val="PoemBody"/>
      </w:pPr>
      <w:r>
        <w:t>there is a quiet voice</w:t>
      </w:r>
    </w:p>
    <w:p>
      <w:pPr>
        <w:pStyle w:val="PoemBody"/>
      </w:pPr>
      <w:r>
        <w:t>that refuses to disappear.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Not loud.</w:t>
      </w:r>
    </w:p>
    <w:p>
      <w:pPr>
        <w:pStyle w:val="PoemBody"/>
      </w:pPr>
      <w:r>
        <w:t>Not proud.</w:t>
      </w:r>
    </w:p>
    <w:p>
      <w:pPr>
        <w:pStyle w:val="PoemBody"/>
      </w:pPr>
      <w:r>
        <w:t>Not fearless.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rPr>
          <w:b/>
        </w:rPr>
        <w:t>Just alive.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A small light</w:t>
      </w:r>
    </w:p>
    <w:p>
      <w:pPr>
        <w:pStyle w:val="PoemBody"/>
      </w:pPr>
      <w:r>
        <w:t>beneath the ashes.</w:t>
      </w:r>
    </w:p>
    <w:p>
      <w:pPr>
        <w:pStyle w:val="PoemBody"/>
      </w:pPr>
      <w:r>
        <w:t>A wounded prayer</w:t>
      </w:r>
    </w:p>
    <w:p>
      <w:pPr>
        <w:pStyle w:val="PoemBody"/>
      </w:pPr>
      <w:r>
        <w:t>inside the dark.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Maybe I am not healed yet.</w:t>
      </w:r>
    </w:p>
    <w:p>
      <w:pPr>
        <w:pStyle w:val="PoemBody"/>
      </w:pPr>
      <w:r>
        <w:t>Maybe I am not whole.</w:t>
      </w:r>
    </w:p>
    <w:p>
      <w:pPr>
        <w:pStyle w:val="PoemBody"/>
      </w:pPr>
      <w:r>
        <w:t>Maybe I am only surviving</w:t>
      </w:r>
    </w:p>
    <w:p>
      <w:pPr>
        <w:pStyle w:val="PoemBody"/>
      </w:pPr>
      <w:r>
        <w:t>one breath at a time.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But even a broken man</w:t>
      </w:r>
    </w:p>
    <w:p>
      <w:pPr>
        <w:pStyle w:val="PoemBody"/>
      </w:pPr>
      <w:r>
        <w:t>can still look toward heaven.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Even a tired soul</w:t>
      </w:r>
    </w:p>
    <w:p>
      <w:pPr>
        <w:pStyle w:val="PoemBody"/>
      </w:pPr>
      <w:r>
        <w:t>can still be carried by grace.</w:t>
      </w:r>
    </w:p>
    <w:p>
      <w:pPr>
        <w:pStyle w:val="PoemBody"/>
        <w:spacing w:after="60" w:line="168" w:lineRule="auto"/>
      </w:pPr>
      <w:r/>
    </w:p>
    <w:p>
      <w:pPr>
        <w:pStyle w:val="PoemBody"/>
      </w:pPr>
      <w:r>
        <w:t>And even if tonight</w:t>
      </w:r>
    </w:p>
    <w:p>
      <w:pPr>
        <w:pStyle w:val="PoemBody"/>
      </w:pPr>
      <w:r>
        <w:t>I carry my cross alone,</w:t>
      </w:r>
    </w:p>
    <w:p>
      <w:pPr>
        <w:pStyle w:val="PoemBody"/>
      </w:pPr>
      <w:r>
        <w:t>I will keep walking</w:t>
      </w:r>
    </w:p>
    <w:p>
      <w:pPr>
        <w:pStyle w:val="PoemBody"/>
      </w:pPr>
      <w:r>
        <w:t>until the morning finds me.</w:t>
      </w:r>
    </w:p>
    <w:p>
      <w:pPr>
        <w:spacing w:before="160"/>
        <w:pBdr>
          <w:bottom w:val="single" w:sz="6" w:space="1" w:color="BFBFBF"/>
        </w:pBdr>
      </w:pPr>
    </w:p>
    <w:p>
      <w:pPr>
        <w:spacing w:after="0"/>
        <w:jc w:val="center"/>
      </w:pPr>
      <w:r>
        <w:rPr>
          <w:i/>
          <w:color w:val="5A5A5A"/>
          <w:sz w:val="20"/>
        </w:rPr>
        <w:t>Let this page hold what your heart could not carry alone tonight.</w:t>
      </w:r>
    </w:p>
    <w:sectPr w:rsidR="00FC693F" w:rsidRPr="0006063C" w:rsidSect="00034616">
      <w:footerReference w:type="default" r:id="rId9"/>
      <w:pgSz w:w="12240" w:h="15840"/>
      <w:pgMar w:top="936" w:right="1296" w:bottom="936" w:left="1296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787878"/>
        <w:sz w:val="17"/>
      </w:rPr>
      <w:t>I Carry My Cross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0"/>
    </w:pPr>
    <w:rPr>
      <w:rFonts w:ascii="Aptos" w:hAnsi="Aptos" w:eastAsia="Aptos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PoemBody">
    <w:name w:val="Poem Body"/>
    <w:pPr>
      <w:spacing w:line="245" w:lineRule="auto" w:after="0"/>
      <w:ind w:left="792" w:right="504"/>
    </w:pPr>
    <w:rPr>
      <w:rFonts w:ascii="Georgia" w:hAnsi="Georgia" w:eastAsia="Georgia"/>
      <w:color w:val="232323"/>
      <w:sz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 Carry My Cross</dc:title>
  <dc:subject>Poem</dc:subject>
  <dc:creator>Romeo Mesina</dc:creator>
  <cp:keywords/>
  <dc:description>Created as a personal poem document.</dc:description>
  <cp:lastModifiedBy>ChatGPT</cp:lastModifiedBy>
  <cp:revision>1</cp:revision>
  <dcterms:created xsi:type="dcterms:W3CDTF">2013-12-23T23:15:00Z</dcterms:created>
  <dcterms:modified xsi:type="dcterms:W3CDTF">2013-12-23T23:15:00Z</dcterms:modified>
  <cp:category/>
</cp:coreProperties>
</file>