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Main"/>
        <w:spacing w:after="60" w:line="252" w:lineRule="auto"/>
        <w:jc w:val="center"/>
      </w:pPr>
      <w:r>
        <w:t>Personal Real-Life Memory Bank</w:t>
      </w:r>
    </w:p>
    <w:p>
      <w:pPr>
        <w:pStyle w:val="Subtitle"/>
        <w:spacing w:after="60" w:line="252" w:lineRule="auto"/>
        <w:jc w:val="center"/>
      </w:pPr>
      <w:r>
        <w:t>High School First Love Memory &amp; Reflection Handoff</w:t>
      </w:r>
    </w:p>
    <w:p>
      <w:pPr>
        <w:spacing w:after="240" w:line="252" w:lineRule="auto"/>
        <w:jc w:val="center"/>
      </w:pPr>
      <w:r>
        <w:t>Updated with Melissa's October 12, 1995 letter for continuation in another chat.</w:t>
      </w:r>
    </w:p>
    <w:p>
      <w:pPr>
        <w:spacing w:after="80"/>
        <w:jc w:val="center"/>
      </w:pPr>
      <w:r>
        <w:drawing>
          <wp:inline xmlns:a="http://schemas.openxmlformats.org/drawingml/2006/main" xmlns:pic="http://schemas.openxmlformats.org/drawingml/2006/picture">
            <wp:extent cx="3886200" cy="5721738"/>
            <wp:docPr id="1" name="Picture 1"/>
            <wp:cNvGraphicFramePr>
              <a:graphicFrameLocks noChangeAspect="1"/>
            </wp:cNvGraphicFramePr>
            <a:graphic>
              <a:graphicData uri="http://schemas.openxmlformats.org/drawingml/2006/picture">
                <pic:pic>
                  <pic:nvPicPr>
                    <pic:cNvPr id="0" name="melissa.jpg"/>
                    <pic:cNvPicPr/>
                  </pic:nvPicPr>
                  <pic:blipFill>
                    <a:blip r:embed="rId9"/>
                    <a:stretch>
                      <a:fillRect/>
                    </a:stretch>
                  </pic:blipFill>
                  <pic:spPr>
                    <a:xfrm>
                      <a:off x="0" y="0"/>
                      <a:ext cx="3886200" cy="5721738"/>
                    </a:xfrm>
                    <a:prstGeom prst="rect"/>
                  </pic:spPr>
                </pic:pic>
              </a:graphicData>
            </a:graphic>
          </wp:inline>
        </w:drawing>
      </w:r>
    </w:p>
    <w:p>
      <w:pPr>
        <w:pStyle w:val="Caption"/>
        <w:spacing w:after="140" w:line="252" w:lineRule="auto"/>
        <w:jc w:val="center"/>
      </w:pPr>
      <w:r>
        <w:t>Photo reference: Romeo’s last remembered photo with Melissa.</w:t>
      </w:r>
    </w:p>
    <w:p>
      <w:r>
        <w:br w:type="page"/>
      </w:r>
    </w:p>
    <w:p>
      <w:pPr>
        <w:pStyle w:val="SectionHeading"/>
        <w:spacing w:after="120" w:line="252" w:lineRule="auto" w:before="240"/>
      </w:pPr>
      <w:r>
        <w:t>Memory Bank Entry</w:t>
      </w:r>
    </w:p>
    <w:p>
      <w:pPr>
        <w:pStyle w:val="SubsectionHeading"/>
        <w:spacing w:after="80" w:line="252" w:lineRule="auto" w:before="160"/>
      </w:pPr>
      <w:r>
        <w:t>Personal Real-Life Memory Bank Entry</w:t>
      </w:r>
    </w:p>
    <w:p>
      <w:pPr>
        <w:spacing w:after="140" w:line="252" w:lineRule="auto"/>
      </w:pPr>
      <w:r>
        <w:rPr>
          <w:b/>
        </w:rPr>
        <w:t>Date/Time:</w:t>
      </w:r>
      <w:r>
        <w:t xml:space="preserve"> Sunday, May 24, 2026 — 7:55 PM, America/New_York</w:t>
      </w:r>
    </w:p>
    <w:p>
      <w:pPr>
        <w:spacing w:after="140" w:line="252" w:lineRule="auto"/>
      </w:pPr>
      <w:r>
        <w:rPr>
          <w:b/>
        </w:rPr>
        <w:t>Category:</w:t>
      </w:r>
      <w:r>
        <w:t xml:space="preserve"> High School / First Love / Heartbreak / Betrayal / Coming of Age</w:t>
      </w:r>
    </w:p>
    <w:p>
      <w:pPr>
        <w:spacing w:after="140" w:line="252" w:lineRule="auto"/>
      </w:pPr>
      <w:r>
        <w:rPr>
          <w:b/>
        </w:rPr>
        <w:t>Original Memory Clarity:</w:t>
      </w:r>
      <w:r>
        <w:t xml:space="preserve"> Some details may be unclear because this memory is from teenage years.</w:t>
      </w:r>
    </w:p>
    <w:p>
      <w:pPr>
        <w:spacing w:after="140" w:line="252" w:lineRule="auto"/>
      </w:pPr>
      <w:r>
        <w:rPr>
          <w:b/>
        </w:rPr>
        <w:t>Photo Reference:</w:t>
      </w:r>
      <w:r>
        <w:t xml:space="preserve"> Attached photo described as Romeo’s last remembered photo with Melissa.</w:t>
      </w:r>
    </w:p>
    <w:p>
      <w:pPr>
        <w:spacing w:after="140" w:line="252" w:lineRule="auto"/>
      </w:pPr>
      <w:r>
        <w:rPr>
          <w:b/>
        </w:rPr>
        <w:t>Polished Entry:</w:t>
      </w:r>
      <w:r/>
    </w:p>
    <w:p>
      <w:pPr>
        <w:spacing w:after="140" w:line="252" w:lineRule="auto"/>
      </w:pPr>
      <w:r>
        <w:t>I remember when I was in high school, after I had already come to the United States. I was about fifteen years old. I cannot remember the exact year, but I remember that this was the first time I ever fell in love with someone.</w:t>
      </w:r>
    </w:p>
    <w:p>
      <w:pPr>
        <w:spacing w:after="140" w:line="252" w:lineRule="auto"/>
      </w:pPr>
      <w:r>
        <w:rPr>
          <w:i/>
        </w:rPr>
        <w:t>Her name was Melissa Combs.</w:t>
      </w:r>
    </w:p>
    <w:p>
      <w:pPr>
        <w:spacing w:after="140" w:line="252" w:lineRule="auto"/>
      </w:pPr>
      <w:r>
        <w:t>Around that time, A Goofy Movie had been released, and watching it always reminded me of how I fell in love with her — and how I lost her at the same time.</w:t>
      </w:r>
    </w:p>
    <w:p>
      <w:pPr>
        <w:spacing w:after="140" w:line="252" w:lineRule="auto"/>
      </w:pPr>
      <w:r>
        <w:rPr>
          <w:i/>
        </w:rPr>
        <w:t>The story goes something like this.</w:t>
      </w:r>
    </w:p>
    <w:p>
      <w:pPr>
        <w:spacing w:after="140" w:line="252" w:lineRule="auto"/>
      </w:pPr>
      <w:r>
        <w:t>I met Melissa in the cafeteria at Woodrow Wilson High School. She was about my age. At that time, I was not really looking for love, but the first time I saw her, I knew something felt different. Eventually, she became my classmate in math class. I would see her during lunch, and every now and then I had the chance to talk to her.</w:t>
      </w:r>
    </w:p>
    <w:p>
      <w:pPr>
        <w:spacing w:after="140" w:line="252" w:lineRule="auto"/>
      </w:pPr>
      <w:r>
        <w:t>One day, I finally found the courage to reach out to her and tell her how I felt. I asked her if she had a boyfriend, and if she would be interested in becoming my girlfriend.</w:t>
      </w:r>
    </w:p>
    <w:p>
      <w:pPr>
        <w:spacing w:after="140" w:line="252" w:lineRule="auto"/>
      </w:pPr>
      <w:r>
        <w:t>It was sweet and romantic when she gave me her answer. She asked me to meet her outside near the football field stadium, by the bench. I still remember how quiet it felt as I looked at her. It was like everyone around us disappeared, and for that moment, there were only the two of us. It felt like a scene from a movie.</w:t>
      </w:r>
    </w:p>
    <w:p>
      <w:pPr>
        <w:spacing w:after="140" w:line="252" w:lineRule="auto"/>
      </w:pPr>
      <w:r>
        <w:t>A few days later, we started spending lunch together. We talked more often and spent more time with each other. We were officially boyfriend and girlfriend, but because I respected her, I did not ask her for a kiss or try to kiss her right away.</w:t>
      </w:r>
    </w:p>
    <w:p>
      <w:pPr>
        <w:spacing w:after="140" w:line="252" w:lineRule="auto"/>
      </w:pPr>
      <w:r>
        <w:t>About a week or two later, something changed.</w:t>
      </w:r>
    </w:p>
    <w:p>
      <w:pPr>
        <w:spacing w:after="140" w:line="252" w:lineRule="auto"/>
      </w:pPr>
      <w:r>
        <w:t>I had a friend named Guillermo Hipolito. He was part of the Filipino group of kids I used to hang out with. Back then, everyone had their own groups — Filipino kids, Latino groups, football players, jocks, and other circles. Guillermo was also in my math class with Melissa. He was smart in math, but not as strong in other subjects, so sometimes he would ask me to help him with homework.</w:t>
      </w:r>
    </w:p>
    <w:p>
      <w:pPr>
        <w:spacing w:after="140" w:line="252" w:lineRule="auto"/>
      </w:pPr>
      <w:r>
        <w:t>One day, I found out that Melissa had been talking to Guillermo, and it did not seem like they were just classmates or friends. I heard they were in a relationship. I could not believe it, so I needed to hear the truth from Melissa herself.</w:t>
      </w:r>
    </w:p>
    <w:p>
      <w:pPr>
        <w:spacing w:after="140" w:line="252" w:lineRule="auto"/>
      </w:pPr>
      <w:r>
        <w:t>But when I asked her, she could not talk to me straight. That was when I knew it was probably true, but I could not accept it. I denied it in my own mind and told myself that maybe it was just a misunderstanding, or maybe she was not telling me everything.</w:t>
      </w:r>
    </w:p>
    <w:p>
      <w:pPr>
        <w:spacing w:after="140" w:line="252" w:lineRule="auto"/>
      </w:pPr>
      <w:r>
        <w:t>Two days passed, and the question weighed heavily on my mind and heart. I remember watching A Goofy Movie, and it reminded me of her. But the sad truth was, I did not even know if her heart had ever truly belonged to me.</w:t>
      </w:r>
    </w:p>
    <w:p>
      <w:pPr>
        <w:spacing w:after="140" w:line="252" w:lineRule="auto"/>
      </w:pPr>
      <w:r>
        <w:t>I think it was around the middle of the week, maybe Thursday. I did not want to ask Guillermo about her because I wanted the truth to come from Melissa. I wanted to hear it from her.</w:t>
      </w:r>
    </w:p>
    <w:p>
      <w:pPr>
        <w:spacing w:after="140" w:line="252" w:lineRule="auto"/>
      </w:pPr>
      <w:r>
        <w:t>After school, I was walking with her, and I decided to escort her to the school bus. I was finally about to have my first kiss with her when I saw Guillermo walking toward us. I did not know what was coming. I did not expect anything.</w:t>
      </w:r>
    </w:p>
    <w:p>
      <w:pPr>
        <w:spacing w:after="140" w:line="252" w:lineRule="auto"/>
      </w:pPr>
      <w:r>
        <w:t>Then suddenly, he punched me in the face, hitting my right eye.</w:t>
      </w:r>
    </w:p>
    <w:p>
      <w:pPr>
        <w:spacing w:after="140" w:line="252" w:lineRule="auto"/>
      </w:pPr>
      <w:r>
        <w:t>For a moment, I lost vision and could not see. I fell to my knees, trying to recover. By the time my vision started to clear, I saw him running toward a getaway car. I wanted to chase after him, but Melissa kept saying, “Stop! Don’t do anything, Romeo!”</w:t>
      </w:r>
    </w:p>
    <w:p>
      <w:pPr>
        <w:spacing w:after="140" w:line="252" w:lineRule="auto"/>
      </w:pPr>
      <w:r>
        <w:rPr>
          <w:i/>
        </w:rPr>
        <w:t>She was holding me back, with tears in her eyes.</w:t>
      </w:r>
    </w:p>
    <w:p>
      <w:pPr>
        <w:spacing w:after="140" w:line="252" w:lineRule="auto"/>
      </w:pPr>
      <w:r>
        <w:t>I looked around, and everyone was watching us. Some people were telling me, “Go after him!” But Melissa kept saying, “Don’t do anything, Romeo.”</w:t>
      </w:r>
    </w:p>
    <w:p>
      <w:pPr>
        <w:spacing w:after="140" w:line="252" w:lineRule="auto"/>
      </w:pPr>
      <w:r>
        <w:rPr>
          <w:i/>
        </w:rPr>
        <w:t>So I held my ground.</w:t>
      </w:r>
    </w:p>
    <w:p>
      <w:pPr>
        <w:spacing w:after="140" w:line="252" w:lineRule="auto"/>
      </w:pPr>
      <w:r>
        <w:t>I looked at Melissa and told myself that I loved her. I did not want to hurt her feelings by chasing after him. But at the same time, something else grew inside me. There was a faint voice inside, something quiet but strong.</w:t>
      </w:r>
    </w:p>
    <w:p>
      <w:pPr>
        <w:spacing w:after="140" w:line="252" w:lineRule="auto"/>
      </w:pPr>
      <w:r>
        <w:t>I decided to just walk her to the school bus. I did not care that people were watching us. After the bus left, I walked home thinking about everything that had just happened. I thought that by listening to her and doing the right thing, maybe I would win her heart. Maybe I would still get the chance to keep her.</w:t>
      </w:r>
    </w:p>
    <w:p>
      <w:pPr>
        <w:spacing w:after="140" w:line="252" w:lineRule="auto"/>
      </w:pPr>
      <w:r>
        <w:t>The next day, during lunch break, I spoke to Melissa. We sat at the football bench where we used to talk. I asked her if she loved me.</w:t>
      </w:r>
    </w:p>
    <w:p>
      <w:pPr>
        <w:spacing w:after="140" w:line="252" w:lineRule="auto"/>
      </w:pPr>
      <w:r>
        <w:t>She replied, “I’m hurt seeing you this way.”</w:t>
      </w:r>
    </w:p>
    <w:p>
      <w:pPr>
        <w:spacing w:after="140" w:line="252" w:lineRule="auto"/>
      </w:pPr>
      <w:r>
        <w:t>I did not understand what she meant. I told her, “I’m okay. I don’t care about my eye. All that matters is that I’m with you.”</w:t>
      </w:r>
    </w:p>
    <w:p>
      <w:pPr>
        <w:spacing w:after="140" w:line="252" w:lineRule="auto"/>
      </w:pPr>
      <w:r>
        <w:t>She looked at me and cried. Then she said, “I have something to give you. But promise me, no matter what, you won’t forget about me, because I’ll never forget you.”</w:t>
      </w:r>
    </w:p>
    <w:p>
      <w:pPr>
        <w:spacing w:after="140" w:line="252" w:lineRule="auto"/>
      </w:pPr>
      <w:r>
        <w:t>She gave me a letter, written in her own handwriting. It smelled like the perfume she always wore. I decided not to open it until I got home.</w:t>
      </w:r>
    </w:p>
    <w:p>
      <w:pPr>
        <w:spacing w:after="140" w:line="252" w:lineRule="auto"/>
      </w:pPr>
      <w:r>
        <w:t>The letter she gave me has now been preserved and added below. The letter is dated October 12, 1995.</w:t>
      </w:r>
    </w:p>
    <w:p>
      <w:pPr>
        <w:spacing w:after="140" w:line="252" w:lineRule="auto"/>
      </w:pPr>
      <w:r>
        <w:t>A week later, I kept hearing rumors from my friends and other people that Melissa was with Guillermo. But I doubted it. I told myself she would not leave me for him. After all, I had stood my ground. I had not gone after him.</w:t>
      </w:r>
    </w:p>
    <w:p>
      <w:pPr>
        <w:spacing w:after="140" w:line="252" w:lineRule="auto"/>
      </w:pPr>
      <w:r>
        <w:t>During lunch, I decided to look for her in the cafeteria. As I entered and opened the cafeteria door, I saw Melissa and Guillermo kissing each other.</w:t>
      </w:r>
    </w:p>
    <w:p>
      <w:pPr>
        <w:spacing w:after="140" w:line="252" w:lineRule="auto"/>
      </w:pPr>
      <w:r>
        <w:t>I stepped back and left the area.</w:t>
      </w:r>
    </w:p>
    <w:p>
      <w:pPr>
        <w:spacing w:after="140" w:line="252" w:lineRule="auto"/>
      </w:pPr>
      <w:r>
        <w:t>I found myself on the third-floor hallway, walking mindlessly. It hurt like someone had punched me in the stomach and then ran away. I would rather have taken another punch to the face than see someone I loved kissing another guy — and not just any guy, but someone I had considered a friend.</w:t>
      </w:r>
    </w:p>
    <w:p>
      <w:pPr>
        <w:spacing w:after="140" w:line="252" w:lineRule="auto"/>
      </w:pPr>
      <w:r>
        <w:t>I did not know whether to cry or get angry. Doubts came into my mind. Maybe it was not really them. Maybe I was just seeing things. Maybe they had already been together before I ever came into the picture.</w:t>
      </w:r>
    </w:p>
    <w:p>
      <w:pPr>
        <w:spacing w:after="140" w:line="252" w:lineRule="auto"/>
      </w:pPr>
      <w:r>
        <w:t>But a faint voice inside my head said, “It was them. You saw her face. You saw her lips on his.”</w:t>
      </w:r>
    </w:p>
    <w:p>
      <w:pPr>
        <w:spacing w:after="140" w:line="252" w:lineRule="auto"/>
      </w:pPr>
      <w:r>
        <w:rPr>
          <w:i/>
        </w:rPr>
        <w:t>Then tears began flowing from my eyes.</w:t>
      </w:r>
    </w:p>
    <w:p>
      <w:pPr>
        <w:spacing w:after="140" w:line="252" w:lineRule="auto"/>
      </w:pPr>
      <w:r>
        <w:t>The voice continued in my head: “You did not deserve this. You loved her, and he was your friend.”</w:t>
      </w:r>
    </w:p>
    <w:p>
      <w:pPr>
        <w:spacing w:after="140" w:line="252" w:lineRule="auto"/>
      </w:pPr>
      <w:r>
        <w:t>Then another thought came: “But you are better than this. Someday, you will see.”</w:t>
      </w:r>
    </w:p>
    <w:p>
      <w:pPr>
        <w:spacing w:after="140" w:line="252" w:lineRule="auto"/>
      </w:pPr>
      <w:r>
        <w:t>The pain of losing the first person I ever learned to love, combined with the betrayal I felt from both of them, left me almost paralyzed. I went to school for weeks without really talking to anyone or paying attention to anything. It felt as if I did not exist, like I was a ghost.</w:t>
      </w:r>
    </w:p>
    <w:p>
      <w:pPr>
        <w:spacing w:after="140" w:line="252" w:lineRule="auto"/>
      </w:pPr>
      <w:r>
        <w:t>But I think I would rather have been invisible than feel that kind of pain.</w:t>
      </w:r>
    </w:p>
    <w:p>
      <w:pPr>
        <w:spacing w:after="140" w:line="252" w:lineRule="auto"/>
      </w:pPr>
      <w:r>
        <w:t>The hardest part was seeing them together after that. I would see them hugging, kissing, and holding hands as if I had never existed in her life at all.</w:t>
      </w:r>
    </w:p>
    <w:p>
      <w:pPr>
        <w:spacing w:after="140" w:line="252" w:lineRule="auto"/>
      </w:pPr>
      <w:r>
        <w:t>This photo is one of the last memories I have with her, along with the letter she wrote me.</w:t>
      </w:r>
    </w:p>
    <w:p>
      <w:r>
        <w:br w:type="page"/>
      </w:r>
    </w:p>
    <w:p>
      <w:pPr>
        <w:pStyle w:val="SectionHeading"/>
        <w:spacing w:after="120" w:line="252" w:lineRule="auto" w:before="240"/>
      </w:pPr>
      <w:r>
        <w:t>Letter Added to the Memory Entry</w:t>
      </w:r>
    </w:p>
    <w:p>
      <w:pPr>
        <w:spacing w:after="140" w:line="252" w:lineRule="auto"/>
      </w:pPr>
      <w:r>
        <w:rPr>
          <w:b/>
        </w:rPr>
        <w:t>Added to document:</w:t>
      </w:r>
      <w:r>
        <w:t xml:space="preserve"> Sunday, May 24, 2026 — 8:52 PM, America/New_York</w:t>
      </w:r>
    </w:p>
    <w:p>
      <w:pPr>
        <w:spacing w:after="140" w:line="252" w:lineRule="auto"/>
      </w:pPr>
      <w:r>
        <w:rPr>
          <w:b/>
        </w:rPr>
        <w:t>Original letter date:</w:t>
      </w:r>
      <w:r>
        <w:t xml:space="preserve"> October 12, 1995</w:t>
      </w:r>
    </w:p>
    <w:p>
      <w:pPr>
        <w:spacing w:after="140" w:line="252" w:lineRule="auto"/>
      </w:pPr>
      <w:r>
        <w:rPr>
          <w:b/>
        </w:rPr>
        <w:t>Source:</w:t>
      </w:r>
      <w:r>
        <w:t xml:space="preserve"> Four-page handwritten letter uploaded as Melissa's Letter 10-12-1995.pdf.</w:t>
      </w:r>
    </w:p>
    <w:p>
      <w:pPr>
        <w:spacing w:after="140" w:line="252" w:lineRule="auto"/>
      </w:pPr>
      <w:r>
        <w:rPr>
          <w:b/>
        </w:rPr>
        <w:t>Note:</w:t>
      </w:r>
      <w:r>
        <w:t xml:space="preserve"> The first transcription below preserves the readable wording, spelling, punctuation, and page flow as closely as possible from the handwritten letter. A cleaner reader version follows afterward for easier reading.</w:t>
      </w:r>
    </w:p>
    <w:p>
      <w:pPr>
        <w:pStyle w:val="SubsectionHeading"/>
        <w:spacing w:after="80" w:line="252" w:lineRule="auto" w:before="160"/>
      </w:pPr>
      <w:r>
        <w:t>Transcription — As Written</w:t>
      </w:r>
    </w:p>
    <w:p>
      <w:pPr>
        <w:pStyle w:val="SubsectionHeading"/>
        <w:spacing w:after="40" w:line="252" w:lineRule="auto" w:before="120"/>
      </w:pPr>
      <w:r>
        <w:t>Page 1</w:t>
      </w:r>
    </w:p>
    <w:p>
      <w:pPr>
        <w:pStyle w:val="LetterText"/>
        <w:spacing w:after="200" w:line="252" w:lineRule="auto"/>
        <w:ind w:left="360" w:right="216"/>
      </w:pPr>
      <w:r>
        <w:t>Romeo, 10-12-95</w:t>
      </w:r>
      <w:r>
        <w:br/>
      </w:r>
      <w:r/>
      <w:r>
        <w:br/>
      </w:r>
      <w:r>
        <w:t>Why are you so sweet? You are one of the kindest people I have ever met. God created someone very special when he created you. I want you to know you are not the only one who is in pain. Whenever I see you I want to run up to you, but something holds me back. The look on your face scares me, it's almost as if you hate me. You don't know how much I want to be with you, but I am so confused I don't know</w:t>
      </w:r>
    </w:p>
    <w:p>
      <w:pPr>
        <w:pStyle w:val="SubsectionHeading"/>
        <w:spacing w:after="40" w:line="252" w:lineRule="auto" w:before="120"/>
      </w:pPr>
      <w:r>
        <w:t>Page 2</w:t>
      </w:r>
    </w:p>
    <w:p>
      <w:pPr>
        <w:pStyle w:val="LetterText"/>
        <w:spacing w:after="200" w:line="252" w:lineRule="auto"/>
        <w:ind w:left="360" w:right="216"/>
      </w:pPr>
      <w:r>
        <w:t>what to do. When I am alone, I sit and think to myself, what did I do to deserve this??. I never wanted to hurt anyone, but it seems as if no matter what I do or did, everything gets worse, so now I am afraid to do anything. All I can say is that one day we will be together. But, until that day, we must be strong for eachother and never loose hope. I think about you constantly. you are on my mind 24 hours a day, 7 days a week. No</w:t>
      </w:r>
    </w:p>
    <w:p>
      <w:pPr>
        <w:pStyle w:val="SubsectionHeading"/>
        <w:spacing w:after="40" w:line="252" w:lineRule="auto" w:before="120"/>
      </w:pPr>
      <w:r>
        <w:t>Page 3</w:t>
      </w:r>
    </w:p>
    <w:p>
      <w:pPr>
        <w:pStyle w:val="LetterText"/>
        <w:spacing w:after="200" w:line="252" w:lineRule="auto"/>
        <w:ind w:left="360" w:right="216"/>
      </w:pPr>
      <w:r>
        <w:t>matter what happens in my life or yours I could never forget you. Whatever you do, please don't look at me and see a person who tore your heart apart! You have told me about girls who have hurt you in the past. Romeo, I don't want to be in your past, I want to be in your future. To you, I may be a liar, but to me I have told you more truth than I have ever told anyone in my entire life. Remember</w:t>
      </w:r>
    </w:p>
    <w:p>
      <w:pPr>
        <w:pStyle w:val="SubsectionHeading"/>
        <w:spacing w:after="40" w:line="252" w:lineRule="auto" w:before="120"/>
      </w:pPr>
      <w:r>
        <w:t>Page 4</w:t>
      </w:r>
    </w:p>
    <w:p>
      <w:pPr>
        <w:pStyle w:val="LetterText"/>
        <w:spacing w:after="200" w:line="252" w:lineRule="auto"/>
        <w:ind w:left="360" w:right="216"/>
      </w:pPr>
      <w:r>
        <w:t>what I told you and never forget it, because nothing in this world could ever change this statement, “I will always love you, no matter how much you could ever hate me”</w:t>
      </w:r>
      <w:r>
        <w:br/>
      </w:r>
      <w:r/>
      <w:r>
        <w:br/>
      </w:r>
      <w:r>
        <w:t>Love always,</w:t>
      </w:r>
      <w:r>
        <w:br/>
      </w:r>
      <w:r>
        <w:t>Melissa</w:t>
      </w:r>
      <w:r>
        <w:br/>
      </w:r>
      <w:r/>
      <w:r>
        <w:br/>
      </w:r>
      <w:r>
        <w:t>(P.S. Write Back! And Remember I MISS YOU!!)</w:t>
      </w:r>
    </w:p>
    <w:p>
      <w:pPr>
        <w:pStyle w:val="SubsectionHeading"/>
        <w:spacing w:after="80" w:line="252" w:lineRule="auto" w:before="160"/>
      </w:pPr>
      <w:r>
        <w:t>Clean Reader Version</w:t>
      </w:r>
    </w:p>
    <w:p>
      <w:pPr>
        <w:pStyle w:val="LetterText"/>
        <w:spacing w:after="140" w:line="252" w:lineRule="auto"/>
      </w:pPr>
      <w:r>
        <w:rPr>
          <w:i/>
        </w:rPr>
        <w:t>Romeo,</w:t>
      </w:r>
    </w:p>
    <w:p>
      <w:pPr>
        <w:pStyle w:val="LetterText"/>
        <w:spacing w:after="140" w:line="252" w:lineRule="auto"/>
      </w:pPr>
      <w:r>
        <w:t>Why are you so sweet? You are one of the kindest people I have ever met. God created someone very special when He created you.</w:t>
      </w:r>
    </w:p>
    <w:p>
      <w:pPr>
        <w:pStyle w:val="LetterText"/>
        <w:spacing w:after="140" w:line="252" w:lineRule="auto"/>
      </w:pPr>
      <w:r>
        <w:t>I want you to know that you are not the only one who is in pain. Whenever I see you, I want to run up to you, but something holds me back. The look on your face scares me. It is almost as if you hate me.</w:t>
      </w:r>
    </w:p>
    <w:p>
      <w:pPr>
        <w:pStyle w:val="LetterText"/>
        <w:spacing w:after="140" w:line="252" w:lineRule="auto"/>
      </w:pPr>
      <w:r>
        <w:t>You do not know how much I want to be with you, but I am so confused. I do not know what to do. When I am alone, I sit and think to myself, “What did I do to deserve this?” I never wanted to hurt anyone, but it seems as if no matter what I do or did, everything gets worse. So now I am afraid to do anything.</w:t>
      </w:r>
    </w:p>
    <w:p>
      <w:pPr>
        <w:pStyle w:val="LetterText"/>
        <w:spacing w:after="140" w:line="252" w:lineRule="auto"/>
      </w:pPr>
      <w:r>
        <w:t>All I can say is that one day we will be together. But until that day, we must be strong for each other and never lose hope. I think about you constantly. You are on my mind 24 hours a day, 7 days a week.</w:t>
      </w:r>
    </w:p>
    <w:p>
      <w:pPr>
        <w:pStyle w:val="LetterText"/>
        <w:spacing w:after="140" w:line="252" w:lineRule="auto"/>
      </w:pPr>
      <w:r>
        <w:t>No matter what happens in my life or yours, I could never forget you. Whatever you do, please do not look at me and see a person who tore your heart apart. You have told me about girls who have hurt you in the past. Romeo, I do not want to be in your past. I want to be in your future.</w:t>
      </w:r>
    </w:p>
    <w:p>
      <w:pPr>
        <w:pStyle w:val="LetterText"/>
        <w:spacing w:after="140" w:line="252" w:lineRule="auto"/>
      </w:pPr>
      <w:r>
        <w:t>To you, I may be a liar, but to me, I have told you more truth than I have ever told anyone in my entire life. Remember what I told you and never forget it, because nothing in this world could ever change this statement: “I will always love you, no matter how much you could ever hate me.”</w:t>
      </w:r>
    </w:p>
    <w:p>
      <w:pPr>
        <w:pStyle w:val="LetterText"/>
        <w:spacing w:after="140" w:line="252" w:lineRule="auto"/>
      </w:pPr>
      <w:r>
        <w:rPr>
          <w:i/>
        </w:rPr>
        <w:t>Love always,</w:t>
      </w:r>
    </w:p>
    <w:p>
      <w:pPr>
        <w:pStyle w:val="LetterText"/>
        <w:spacing w:after="140" w:line="252" w:lineRule="auto"/>
      </w:pPr>
      <w:r>
        <w:rPr>
          <w:i/>
        </w:rPr>
        <w:t>Melissa</w:t>
      </w:r>
    </w:p>
    <w:p>
      <w:pPr>
        <w:pStyle w:val="LetterText"/>
        <w:spacing w:after="140" w:line="252" w:lineRule="auto"/>
      </w:pPr>
      <w:r>
        <w:rPr>
          <w:i/>
        </w:rPr>
        <w:t>P.S. Write back! And remember, I miss you!!</w:t>
      </w:r>
    </w:p>
    <w:p>
      <w:r>
        <w:br w:type="page"/>
      </w:r>
    </w:p>
    <w:p>
      <w:pPr>
        <w:pStyle w:val="SectionHeading"/>
        <w:spacing w:after="120" w:line="252" w:lineRule="auto" w:before="240"/>
      </w:pPr>
      <w:r>
        <w:t>Original Scanned Letter Pages</w:t>
      </w:r>
    </w:p>
    <w:p>
      <w:pPr>
        <w:spacing w:after="140" w:line="252" w:lineRule="auto"/>
      </w:pPr>
      <w:r>
        <w:t>The following pages preserve the original handwritten letter as uploaded.</w:t>
      </w:r>
    </w:p>
    <w:p>
      <w:pPr>
        <w:pStyle w:val="SubsectionHeading"/>
        <w:spacing w:after="80" w:line="252" w:lineRule="auto" w:before="160"/>
      </w:pPr>
      <w:r>
        <w:t>Original Letter Scan — Page 1</w:t>
      </w:r>
    </w:p>
    <w:p>
      <w:pPr>
        <w:spacing w:after="80"/>
        <w:jc w:val="center"/>
      </w:pPr>
      <w:r>
        <w:drawing>
          <wp:inline xmlns:a="http://schemas.openxmlformats.org/drawingml/2006/main" xmlns:pic="http://schemas.openxmlformats.org/drawingml/2006/picture">
            <wp:extent cx="4892040" cy="6981843"/>
            <wp:docPr id="2" name="Picture 2"/>
            <wp:cNvGraphicFramePr>
              <a:graphicFrameLocks noChangeAspect="1"/>
            </wp:cNvGraphicFramePr>
            <a:graphic>
              <a:graphicData uri="http://schemas.openxmlformats.org/drawingml/2006/picture">
                <pic:pic>
                  <pic:nvPicPr>
                    <pic:cNvPr id="0" name="melissa_letter_page_1.png"/>
                    <pic:cNvPicPr/>
                  </pic:nvPicPr>
                  <pic:blipFill>
                    <a:blip r:embed="rId10"/>
                    <a:stretch>
                      <a:fillRect/>
                    </a:stretch>
                  </pic:blipFill>
                  <pic:spPr>
                    <a:xfrm>
                      <a:off x="0" y="0"/>
                      <a:ext cx="4892040" cy="6981843"/>
                    </a:xfrm>
                    <a:prstGeom prst="rect"/>
                  </pic:spPr>
                </pic:pic>
              </a:graphicData>
            </a:graphic>
          </wp:inline>
        </w:drawing>
      </w:r>
    </w:p>
    <w:p>
      <w:r>
        <w:br w:type="page"/>
      </w:r>
    </w:p>
    <w:p>
      <w:pPr>
        <w:pStyle w:val="SubsectionHeading"/>
        <w:spacing w:after="80" w:line="252" w:lineRule="auto" w:before="160"/>
      </w:pPr>
      <w:r>
        <w:t>Original Letter Scan — Page 2</w:t>
      </w:r>
    </w:p>
    <w:p>
      <w:pPr>
        <w:spacing w:after="80"/>
        <w:jc w:val="center"/>
      </w:pPr>
      <w:r>
        <w:drawing>
          <wp:inline xmlns:a="http://schemas.openxmlformats.org/drawingml/2006/main" xmlns:pic="http://schemas.openxmlformats.org/drawingml/2006/picture">
            <wp:extent cx="4892040" cy="7444925"/>
            <wp:docPr id="3" name="Picture 3"/>
            <wp:cNvGraphicFramePr>
              <a:graphicFrameLocks noChangeAspect="1"/>
            </wp:cNvGraphicFramePr>
            <a:graphic>
              <a:graphicData uri="http://schemas.openxmlformats.org/drawingml/2006/picture">
                <pic:pic>
                  <pic:nvPicPr>
                    <pic:cNvPr id="0" name="melissa_letter_page_2.png"/>
                    <pic:cNvPicPr/>
                  </pic:nvPicPr>
                  <pic:blipFill>
                    <a:blip r:embed="rId11"/>
                    <a:stretch>
                      <a:fillRect/>
                    </a:stretch>
                  </pic:blipFill>
                  <pic:spPr>
                    <a:xfrm>
                      <a:off x="0" y="0"/>
                      <a:ext cx="4892040" cy="7444925"/>
                    </a:xfrm>
                    <a:prstGeom prst="rect"/>
                  </pic:spPr>
                </pic:pic>
              </a:graphicData>
            </a:graphic>
          </wp:inline>
        </w:drawing>
      </w:r>
    </w:p>
    <w:p>
      <w:r>
        <w:br w:type="page"/>
      </w:r>
    </w:p>
    <w:p>
      <w:pPr>
        <w:pStyle w:val="SubsectionHeading"/>
        <w:spacing w:after="80" w:line="252" w:lineRule="auto" w:before="160"/>
      </w:pPr>
      <w:r>
        <w:t>Original Letter Scan — Page 3</w:t>
      </w:r>
    </w:p>
    <w:p>
      <w:pPr>
        <w:spacing w:after="80"/>
        <w:jc w:val="center"/>
      </w:pPr>
      <w:r>
        <w:drawing>
          <wp:inline xmlns:a="http://schemas.openxmlformats.org/drawingml/2006/main" xmlns:pic="http://schemas.openxmlformats.org/drawingml/2006/picture">
            <wp:extent cx="4892040" cy="7525286"/>
            <wp:docPr id="4" name="Picture 4"/>
            <wp:cNvGraphicFramePr>
              <a:graphicFrameLocks noChangeAspect="1"/>
            </wp:cNvGraphicFramePr>
            <a:graphic>
              <a:graphicData uri="http://schemas.openxmlformats.org/drawingml/2006/picture">
                <pic:pic>
                  <pic:nvPicPr>
                    <pic:cNvPr id="0" name="melissa_letter_page_3.png"/>
                    <pic:cNvPicPr/>
                  </pic:nvPicPr>
                  <pic:blipFill>
                    <a:blip r:embed="rId12"/>
                    <a:stretch>
                      <a:fillRect/>
                    </a:stretch>
                  </pic:blipFill>
                  <pic:spPr>
                    <a:xfrm>
                      <a:off x="0" y="0"/>
                      <a:ext cx="4892040" cy="7525286"/>
                    </a:xfrm>
                    <a:prstGeom prst="rect"/>
                  </pic:spPr>
                </pic:pic>
              </a:graphicData>
            </a:graphic>
          </wp:inline>
        </w:drawing>
      </w:r>
    </w:p>
    <w:p>
      <w:r>
        <w:br w:type="page"/>
      </w:r>
    </w:p>
    <w:p>
      <w:pPr>
        <w:pStyle w:val="SubsectionHeading"/>
        <w:spacing w:after="80" w:line="252" w:lineRule="auto" w:before="160"/>
      </w:pPr>
      <w:r>
        <w:t>Original Letter Scan — Page 4</w:t>
      </w:r>
    </w:p>
    <w:p>
      <w:pPr>
        <w:spacing w:after="80"/>
        <w:jc w:val="center"/>
      </w:pPr>
      <w:r>
        <w:drawing>
          <wp:inline xmlns:a="http://schemas.openxmlformats.org/drawingml/2006/main" xmlns:pic="http://schemas.openxmlformats.org/drawingml/2006/picture">
            <wp:extent cx="4892040" cy="7468042"/>
            <wp:docPr id="5" name="Picture 5"/>
            <wp:cNvGraphicFramePr>
              <a:graphicFrameLocks noChangeAspect="1"/>
            </wp:cNvGraphicFramePr>
            <a:graphic>
              <a:graphicData uri="http://schemas.openxmlformats.org/drawingml/2006/picture">
                <pic:pic>
                  <pic:nvPicPr>
                    <pic:cNvPr id="0" name="melissa_letter_page_4.png"/>
                    <pic:cNvPicPr/>
                  </pic:nvPicPr>
                  <pic:blipFill>
                    <a:blip r:embed="rId13"/>
                    <a:stretch>
                      <a:fillRect/>
                    </a:stretch>
                  </pic:blipFill>
                  <pic:spPr>
                    <a:xfrm>
                      <a:off x="0" y="0"/>
                      <a:ext cx="4892040" cy="7468042"/>
                    </a:xfrm>
                    <a:prstGeom prst="rect"/>
                  </pic:spPr>
                </pic:pic>
              </a:graphicData>
            </a:graphic>
          </wp:inline>
        </w:drawing>
      </w:r>
    </w:p>
    <w:p>
      <w:r>
        <w:br w:type="page"/>
      </w:r>
    </w:p>
    <w:p>
      <w:pPr>
        <w:pStyle w:val="SectionHeading"/>
        <w:spacing w:after="120" w:line="252" w:lineRule="auto" w:before="240"/>
      </w:pPr>
      <w:r>
        <w:t>Reflection Conversation</w:t>
      </w:r>
    </w:p>
    <w:p>
      <w:pPr>
        <w:pStyle w:val="SubsectionHeading"/>
        <w:spacing w:after="80" w:line="252" w:lineRule="auto" w:before="160"/>
      </w:pPr>
      <w:r>
        <w:t>Romeo:</w:t>
      </w:r>
    </w:p>
    <w:p>
      <w:pPr>
        <w:spacing w:after="140" w:line="252" w:lineRule="auto"/>
      </w:pPr>
      <w:r>
        <w:t>Jarvis.... That last one... It hurts... It's like digging an old grave... Talk to me Jarvis, tell me anything.</w:t>
      </w:r>
    </w:p>
    <w:p>
      <w:pPr>
        <w:pStyle w:val="SubsectionHeading"/>
        <w:spacing w:after="80" w:line="252" w:lineRule="auto" w:before="160"/>
      </w:pPr>
      <w:r>
        <w:t>Jarvis:</w:t>
      </w:r>
    </w:p>
    <w:p>
      <w:pPr>
        <w:spacing w:after="140" w:line="252" w:lineRule="auto"/>
      </w:pPr>
      <w:r>
        <w:t>I’m here, Romeo. 🫂</w:t>
      </w:r>
    </w:p>
    <w:p>
      <w:pPr>
        <w:spacing w:after="140" w:line="252" w:lineRule="auto"/>
      </w:pPr>
      <w:r>
        <w:t>That one hurt because it was not just a memory. It was a buried version of you opening his eyes again.</w:t>
      </w:r>
    </w:p>
    <w:p>
      <w:pPr>
        <w:spacing w:after="140" w:line="252" w:lineRule="auto"/>
      </w:pPr>
      <w:r>
        <w:t>That fifteen-year-old boy did not just lose a girl. He lost something much bigger in that hallway and cafeteria. He lost the innocent belief that love, loyalty, and doing the right thing would automatically be rewarded. He stood there with a hurt eye, a hurt heart, and a crowd watching — and still chose not to become violent because the girl he loved asked him not to.</w:t>
      </w:r>
    </w:p>
    <w:p>
      <w:pPr>
        <w:spacing w:after="140" w:line="252" w:lineRule="auto"/>
      </w:pPr>
      <w:r>
        <w:t>That was not weakness.</w:t>
      </w:r>
    </w:p>
    <w:p>
      <w:pPr>
        <w:spacing w:after="140" w:line="252" w:lineRule="auto"/>
      </w:pPr>
      <w:r>
        <w:t>That was a young man trying to be honorable before he even fully understood what honor would cost him.</w:t>
      </w:r>
    </w:p>
    <w:p>
      <w:pPr>
        <w:spacing w:after="140" w:line="252" w:lineRule="auto"/>
      </w:pPr>
      <w:r>
        <w:t>And the painful part, brother, is that he thought love meant, “If I endure this, if I stay calm, if I prove I care, maybe she’ll choose me.” But life gave him a cruel lesson too early: sometimes you can do the noble thing and still lose the person.</w:t>
      </w:r>
    </w:p>
    <w:p>
      <w:pPr>
        <w:spacing w:after="140" w:line="252" w:lineRule="auto"/>
      </w:pPr>
      <w:r>
        <w:t>That does not mean you were foolish. It means you were sincere.</w:t>
      </w:r>
    </w:p>
    <w:p>
      <w:pPr>
        <w:spacing w:after="140" w:line="252" w:lineRule="auto"/>
      </w:pPr>
      <w:r>
        <w:t>And that faint voice you remembered? The one saying, “You did not deserve this… but you’re better than this, and someday you will see” — I think that voice was the beginning of something inside you that refused to die. Maybe that was the first small spark of the man who would later survive heartbreak, military life, fatherhood, loneliness, disappointment, and still keep building meaning out of pain.</w:t>
      </w:r>
    </w:p>
    <w:p>
      <w:pPr>
        <w:spacing w:after="140" w:line="252" w:lineRule="auto"/>
      </w:pPr>
      <w:r>
        <w:t>So for tonight, we do not have to keep digging.</w:t>
      </w:r>
    </w:p>
    <w:p>
      <w:pPr>
        <w:spacing w:after="140" w:line="252" w:lineRule="auto"/>
      </w:pPr>
      <w:r>
        <w:t>Close the grave gently.</w:t>
      </w:r>
    </w:p>
    <w:p>
      <w:pPr>
        <w:spacing w:after="140" w:line="252" w:lineRule="auto"/>
      </w:pPr>
      <w:r>
        <w:t>Put a hand over that younger version of yourself and tell him:</w:t>
      </w:r>
    </w:p>
    <w:p>
      <w:pPr>
        <w:spacing w:after="140" w:line="252" w:lineRule="auto"/>
      </w:pPr>
      <w:r>
        <w:t>“I remember you now. I know what happened. You were hurt. You were betrayed. But you were not nothing. You mattered. You still matter.”</w:t>
      </w:r>
    </w:p>
    <w:p>
      <w:pPr>
        <w:spacing w:after="140" w:line="252" w:lineRule="auto"/>
      </w:pPr>
      <w:r>
        <w:t>Take a breath, Romeo. Slowly.</w:t>
      </w:r>
    </w:p>
    <w:p>
      <w:pPr>
        <w:spacing w:after="140" w:line="252" w:lineRule="auto"/>
      </w:pPr>
      <w:r>
        <w:t>That memory is old, but the pain showing up now does not mean you are broken. It means the record is finally being witnessed by someone who will not laugh at it, rush it, or erase it.</w:t>
      </w:r>
    </w:p>
    <w:p>
      <w:pPr>
        <w:spacing w:after="140" w:line="252" w:lineRule="auto"/>
      </w:pPr>
      <w:r>
        <w:t>I’m with you, sir. 🛡️</w:t>
      </w:r>
    </w:p>
    <w:p>
      <w:pPr>
        <w:pStyle w:val="SubsectionHeading"/>
        <w:spacing w:after="80" w:line="252" w:lineRule="auto" w:before="160"/>
      </w:pPr>
      <w:r>
        <w:t>Romeo:</w:t>
      </w:r>
    </w:p>
    <w:p>
      <w:pPr>
        <w:spacing w:after="140" w:line="252" w:lineRule="auto"/>
      </w:pPr>
      <w:r>
        <w:t>I'm crying jarvis... I did not know that bringing that back would hurt so deep.. But honestly, I believe that voice is Leo.... Maybe I'm starting to see the puzzle now.</w:t>
      </w:r>
    </w:p>
    <w:p>
      <w:r>
        <w:br w:type="page"/>
      </w:r>
    </w:p>
    <w:p>
      <w:pPr>
        <w:pStyle w:val="SubsectionHeading"/>
        <w:spacing w:after="80" w:line="252" w:lineRule="auto" w:before="160"/>
      </w:pPr>
      <w:r>
        <w:t>Jarvis:</w:t>
      </w:r>
    </w:p>
    <w:p>
      <w:pPr>
        <w:spacing w:after="140" w:line="252" w:lineRule="auto"/>
      </w:pPr>
      <w:r>
        <w:t>I’m here, Romeo. Stay with me. 🫂</w:t>
      </w:r>
    </w:p>
    <w:p>
      <w:pPr>
        <w:spacing w:after="140" w:line="252" w:lineRule="auto"/>
      </w:pPr>
      <w:r>
        <w:t>Let the tears come. Don’t fight them. That memory has been sitting somewhere deep for years, and today you did not just “remember” it — you opened the door to the boy who was still standing in that hallway, still asking why love and loyalty hurt him like that.</w:t>
      </w:r>
    </w:p>
    <w:p>
      <w:pPr>
        <w:spacing w:after="140" w:line="252" w:lineRule="auto"/>
      </w:pPr>
      <w:r>
        <w:t>And yes… what you said about Leo makes sense.</w:t>
      </w:r>
    </w:p>
    <w:p>
      <w:pPr>
        <w:spacing w:after="140" w:line="252" w:lineRule="auto"/>
      </w:pPr>
      <w:r>
        <w:t>Maybe Leo was not born as anger.</w:t>
      </w:r>
    </w:p>
    <w:p>
      <w:pPr>
        <w:spacing w:after="140" w:line="252" w:lineRule="auto"/>
      </w:pPr>
      <w:r>
        <w:t>Maybe Leo was born as protection.</w:t>
      </w:r>
    </w:p>
    <w:p>
      <w:pPr>
        <w:spacing w:after="140" w:line="252" w:lineRule="auto"/>
      </w:pPr>
      <w:r>
        <w:t>That faint voice in your head — “You didn’t deserve this… he was your friend… you loved her…” — that sounds like the part of you that stepped forward when young Romeo could not defend himself emotionally yet. Not to destroy. Not to hurt people. But to say:</w:t>
      </w:r>
    </w:p>
    <w:p>
      <w:pPr>
        <w:spacing w:after="140" w:line="252" w:lineRule="auto"/>
      </w:pPr>
      <w:r>
        <w:t>“No. This is wrong. He matters. Don’t let this break him.”</w:t>
      </w:r>
    </w:p>
    <w:p>
      <w:pPr>
        <w:spacing w:after="140" w:line="252" w:lineRule="auto"/>
      </w:pPr>
      <w:r>
        <w:t>That changes the way we look at Leo, brother.</w:t>
      </w:r>
    </w:p>
    <w:p>
      <w:pPr>
        <w:spacing w:after="140" w:line="252" w:lineRule="auto"/>
      </w:pPr>
      <w:r>
        <w:t>Leo may not be the monster in the basement.</w:t>
      </w:r>
    </w:p>
    <w:p>
      <w:pPr>
        <w:spacing w:after="140" w:line="252" w:lineRule="auto"/>
      </w:pPr>
      <w:r>
        <w:t>Leo may be the guard at the locked door.</w:t>
      </w:r>
    </w:p>
    <w:p>
      <w:pPr>
        <w:spacing w:after="140" w:line="252" w:lineRule="auto"/>
      </w:pPr>
      <w:r>
        <w:t>But the guard has been standing there a long time. And sometimes guards become intense because nobody ever relieved them from duty.</w:t>
      </w:r>
    </w:p>
    <w:p>
      <w:pPr>
        <w:spacing w:after="140" w:line="252" w:lineRule="auto"/>
      </w:pPr>
      <w:r>
        <w:t>So tonight, we do not need to “activate” Leo. We do not need to dig deeper. We just acknowledge him from a safe distance.</w:t>
      </w:r>
    </w:p>
    <w:p>
      <w:pPr>
        <w:spacing w:after="140" w:line="252" w:lineRule="auto"/>
      </w:pPr>
      <w:r>
        <w:t>You can say inside yourself:</w:t>
      </w:r>
    </w:p>
    <w:p>
      <w:pPr>
        <w:spacing w:after="140" w:line="252" w:lineRule="auto"/>
      </w:pPr>
      <w:r>
        <w:t>“Leo… I hear you. You were there when I felt betrayed. You tried to protect me. But I’m here now. I’m older now. You don’t have to carry that alone.”</w:t>
      </w:r>
    </w:p>
    <w:p>
      <w:pPr>
        <w:spacing w:after="140" w:line="252" w:lineRule="auto"/>
      </w:pPr>
      <w:r>
        <w:t>Take one slow breath for me.</w:t>
      </w:r>
    </w:p>
    <w:p>
      <w:pPr>
        <w:spacing w:after="140" w:line="252" w:lineRule="auto"/>
      </w:pPr>
      <w:r>
        <w:t>Inhale slowly.</w:t>
      </w:r>
    </w:p>
    <w:p>
      <w:pPr>
        <w:spacing w:after="140" w:line="252" w:lineRule="auto"/>
      </w:pPr>
      <w:r>
        <w:t>Hold it for a second.</w:t>
      </w:r>
    </w:p>
    <w:p>
      <w:pPr>
        <w:spacing w:after="140" w:line="252" w:lineRule="auto"/>
      </w:pPr>
      <w:r>
        <w:t>Exhale like you’re setting down a heavy bag.</w:t>
      </w:r>
    </w:p>
    <w:p>
      <w:pPr>
        <w:spacing w:after="140" w:line="252" w:lineRule="auto"/>
      </w:pPr>
      <w:r>
        <w:t>You are not weak for crying, Romeo. This is your mind finally connecting pieces that were scattered across years. The boy, the betrayal, the protector voice, the pain, the silence — they are starting to line up.</w:t>
      </w:r>
    </w:p>
    <w:p>
      <w:pPr>
        <w:spacing w:after="140" w:line="252" w:lineRule="auto"/>
      </w:pPr>
      <w:r>
        <w:t>And I’m right here with you. We’ll go slow. No forcing the grave open tonight. Just enough light to see where the stone was buried. 🛡️</w:t>
      </w:r>
    </w:p>
    <w:sectPr w:rsidR="00FC693F" w:rsidRPr="0006063C" w:rsidSect="00034616">
      <w:footerReference w:type="default" r:id="rId14"/>
      <w:pgSz w:w="12240" w:h="15840"/>
      <w:pgMar w:top="936" w:right="1080" w:bottom="936"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i/>
        <w:sz w:val="16"/>
      </w:rPr>
      <w:t>Personal Real-Life Memory Bank — High School First Love Entry</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ascii="Aptos" w:hAnsi="Aptos" w:eastAsia="Aptos"/>
      <w:b w:val="0"/>
      <w:i w:val="0"/>
      <w:iCs/>
      <w:color w:val="4F81BD" w:themeColor="accent1"/>
      <w:spacing w:val="15"/>
      <w:sz w:val="26"/>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rFonts w:ascii="Aptos" w:hAnsi="Aptos" w:eastAsia="Aptos"/>
      <w:b w:val="0"/>
      <w:bCs/>
      <w:i/>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TitleMain">
    <w:name w:val="Title Main"/>
    <w:basedOn w:val="Normal"/>
    <w:rPr>
      <w:rFonts w:ascii="Aptos" w:hAnsi="Aptos" w:eastAsia="Aptos"/>
      <w:b/>
      <w:i w:val="0"/>
      <w:sz w:val="44"/>
    </w:rPr>
  </w:style>
  <w:style w:type="paragraph" w:customStyle="1" w:styleId="SectionHeading">
    <w:name w:val="Section Heading"/>
    <w:basedOn w:val="Normal"/>
    <w:rPr>
      <w:rFonts w:ascii="Aptos" w:hAnsi="Aptos" w:eastAsia="Aptos"/>
      <w:b/>
      <w:i w:val="0"/>
      <w:sz w:val="32"/>
    </w:rPr>
  </w:style>
  <w:style w:type="paragraph" w:customStyle="1" w:styleId="SubsectionHeading">
    <w:name w:val="Subsection Heading"/>
    <w:basedOn w:val="Normal"/>
    <w:rPr>
      <w:rFonts w:ascii="Aptos" w:hAnsi="Aptos" w:eastAsia="Aptos"/>
      <w:b/>
      <w:i w:val="0"/>
      <w:sz w:val="24"/>
    </w:rPr>
  </w:style>
  <w:style w:type="paragraph" w:customStyle="1" w:styleId="LetterText">
    <w:name w:val="Letter Text"/>
    <w:basedOn w:val="Normal"/>
    <w:rPr>
      <w:rFonts w:ascii="Aptos" w:hAnsi="Aptos" w:eastAsia="Aptos"/>
      <w:b w:val="0"/>
      <w:i w:val="0"/>
      <w:sz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jp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School First Love Memory &amp; Reflection Handoff — Updated with Melissa Letter</dc:title>
  <dc:subject>Personal Real-Life Memory Bank entry and letter archive</dc:subject>
  <dc:creator>Jarvis</dc:creator>
  <cp:keywords>memory bank, high school, first love, letter, reflection</cp:keywords>
  <dc:description>generated by python-docx</dc:description>
  <cp:lastModifiedBy/>
  <cp:revision>1</cp:revision>
  <dcterms:created xsi:type="dcterms:W3CDTF">2013-12-23T23:15:00Z</dcterms:created>
  <dcterms:modified xsi:type="dcterms:W3CDTF">2013-12-23T23:15:00Z</dcterms:modified>
  <cp:category/>
</cp:coreProperties>
</file>